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CE52E" w14:textId="7E687A3F" w:rsidR="00D978F0" w:rsidRPr="0037510C" w:rsidRDefault="005760E8">
      <w:pPr>
        <w:spacing w:line="20" w:lineRule="exact"/>
        <w:rPr>
          <w:rFonts w:ascii="Libre Baskerville" w:hAnsi="Libre Baskerville"/>
        </w:rPr>
      </w:pPr>
      <w:r w:rsidRPr="0037510C">
        <w:rPr>
          <w:rFonts w:ascii="Libre Baskerville" w:hAnsi="Libre Baskerville"/>
          <w:noProof/>
        </w:rPr>
        <w:drawing>
          <wp:anchor distT="0" distB="0" distL="0" distR="0" simplePos="0" relativeHeight="251633664" behindDoc="0" locked="1" layoutInCell="1" allowOverlap="1" wp14:anchorId="4AED0D86" wp14:editId="26DABB09">
            <wp:simplePos x="0" y="0"/>
            <wp:positionH relativeFrom="page">
              <wp:posOffset>588010</wp:posOffset>
            </wp:positionH>
            <wp:positionV relativeFrom="page">
              <wp:posOffset>236855</wp:posOffset>
            </wp:positionV>
            <wp:extent cx="2400935" cy="1212215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no-byline.png"/>
                    <pic:cNvPicPr/>
                  </pic:nvPicPr>
                  <pic:blipFill>
                    <a:blip r:embed="rId6">
                      <a:clrChange>
                        <a:clrFrom>
                          <a:srgbClr val="FEFCFA"/>
                        </a:clrFrom>
                        <a:clrTo>
                          <a:srgbClr val="FEFCFA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212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0E1D5CE" wp14:editId="335A7147">
                <wp:simplePos x="0" y="0"/>
                <wp:positionH relativeFrom="page">
                  <wp:posOffset>508000</wp:posOffset>
                </wp:positionH>
                <wp:positionV relativeFrom="page">
                  <wp:posOffset>1783080</wp:posOffset>
                </wp:positionV>
                <wp:extent cx="307975" cy="190500"/>
                <wp:effectExtent l="3175" t="1905" r="3175" b="0"/>
                <wp:wrapNone/>
                <wp:docPr id="1624542176" name="Form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FE10E" w14:textId="77777777" w:rsidR="00D978F0" w:rsidRDefault="005760E8">
                            <w:pPr>
                              <w:spacing w:line="230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1D5CE" id="FormShape4" o:spid="_x0000_s1026" style="position:absolute;margin-left:40pt;margin-top:140.4pt;width:24.25pt;height:15pt;z-index:2516377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" filled="f" stroked="f">
                <v:textbox inset="0,0,0,0">
                  <w:txbxContent>
                    <w:p w14:paraId="47FFE10E" w14:textId="77777777" w:rsidR="00D978F0" w:rsidRDefault="005760E8">
                      <w:pPr>
                        <w:spacing w:line="230" w:lineRule="exact"/>
                      </w:pPr>
                      <w:r>
                        <w:rPr>
                          <w:rFonts w:eastAsia="Calibri" w:cs="Calibri"/>
                          <w:color w:val="333333"/>
                        </w:rPr>
                        <w:t>Name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2D4188D" wp14:editId="1BB357A7">
                <wp:simplePos x="0" y="0"/>
                <wp:positionH relativeFrom="page">
                  <wp:posOffset>4940300</wp:posOffset>
                </wp:positionH>
                <wp:positionV relativeFrom="page">
                  <wp:posOffset>1783080</wp:posOffset>
                </wp:positionV>
                <wp:extent cx="245110" cy="190500"/>
                <wp:effectExtent l="0" t="1905" r="0" b="0"/>
                <wp:wrapNone/>
                <wp:docPr id="253017932" name="Form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11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3B09FD" w14:textId="77777777" w:rsidR="00D978F0" w:rsidRDefault="005760E8">
                            <w:pPr>
                              <w:spacing w:line="230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4188D" id="FormShape5" o:spid="_x0000_s1027" style="position:absolute;margin-left:389pt;margin-top:140.4pt;width:19.3pt;height:15pt;z-index:25163878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" filled="f" stroked="f">
                <v:textbox inset="0,0,0,0">
                  <w:txbxContent>
                    <w:p w14:paraId="7A3B09FD" w14:textId="77777777" w:rsidR="00D978F0" w:rsidRDefault="005760E8">
                      <w:pPr>
                        <w:spacing w:line="230" w:lineRule="exact"/>
                      </w:pPr>
                      <w:r>
                        <w:rPr>
                          <w:rFonts w:eastAsia="Calibri" w:cs="Calibri"/>
                          <w:color w:val="333333"/>
                        </w:rPr>
                        <w:t>Date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DBEB576" wp14:editId="43728C1C">
                <wp:simplePos x="0" y="0"/>
                <wp:positionH relativeFrom="page">
                  <wp:posOffset>508000</wp:posOffset>
                </wp:positionH>
                <wp:positionV relativeFrom="page">
                  <wp:posOffset>2125980</wp:posOffset>
                </wp:positionV>
                <wp:extent cx="329565" cy="190500"/>
                <wp:effectExtent l="3175" t="1905" r="635" b="0"/>
                <wp:wrapNone/>
                <wp:docPr id="1639960203" name="Form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6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F86390" w14:textId="77777777" w:rsidR="00D978F0" w:rsidRDefault="005760E8">
                            <w:pPr>
                              <w:spacing w:line="230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</w:rPr>
                              <w:t>Phone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BEB576" id="FormShape6" o:spid="_x0000_s1028" style="position:absolute;margin-left:40pt;margin-top:167.4pt;width:25.95pt;height:15pt;z-index:25163980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" filled="f" stroked="f">
                <v:textbox inset="0,0,0,0">
                  <w:txbxContent>
                    <w:p w14:paraId="4CF86390" w14:textId="77777777" w:rsidR="00D978F0" w:rsidRDefault="005760E8">
                      <w:pPr>
                        <w:spacing w:line="230" w:lineRule="exact"/>
                      </w:pPr>
                      <w:r>
                        <w:rPr>
                          <w:rFonts w:eastAsia="Calibri" w:cs="Calibri"/>
                          <w:color w:val="333333"/>
                        </w:rPr>
                        <w:t>Phone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8443A58" wp14:editId="76CCC763">
                <wp:simplePos x="0" y="0"/>
                <wp:positionH relativeFrom="page">
                  <wp:posOffset>3302000</wp:posOffset>
                </wp:positionH>
                <wp:positionV relativeFrom="page">
                  <wp:posOffset>2125980</wp:posOffset>
                </wp:positionV>
                <wp:extent cx="283210" cy="190500"/>
                <wp:effectExtent l="0" t="1905" r="0" b="0"/>
                <wp:wrapNone/>
                <wp:docPr id="882930617" name="Form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21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D47D0A" w14:textId="77777777" w:rsidR="00D978F0" w:rsidRDefault="005760E8">
                            <w:pPr>
                              <w:spacing w:line="230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</w:rPr>
                              <w:t>Email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43A58" id="FormShape7" o:spid="_x0000_s1029" style="position:absolute;margin-left:260pt;margin-top:167.4pt;width:22.3pt;height:15pt;z-index:2516408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" filled="f" stroked="f">
                <v:textbox inset="0,0,0,0">
                  <w:txbxContent>
                    <w:p w14:paraId="3FD47D0A" w14:textId="77777777" w:rsidR="00D978F0" w:rsidRDefault="005760E8">
                      <w:pPr>
                        <w:spacing w:line="230" w:lineRule="exact"/>
                      </w:pPr>
                      <w:r>
                        <w:rPr>
                          <w:rFonts w:eastAsia="Calibri" w:cs="Calibri"/>
                          <w:color w:val="333333"/>
                        </w:rPr>
                        <w:t>Email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C7F30F1" wp14:editId="1D625246">
                <wp:simplePos x="0" y="0"/>
                <wp:positionH relativeFrom="page">
                  <wp:posOffset>508000</wp:posOffset>
                </wp:positionH>
                <wp:positionV relativeFrom="page">
                  <wp:posOffset>2418715</wp:posOffset>
                </wp:positionV>
                <wp:extent cx="630555" cy="209550"/>
                <wp:effectExtent l="3175" t="0" r="4445" b="635"/>
                <wp:wrapNone/>
                <wp:docPr id="368428114" name="Form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9C39C9" w14:textId="670386EA" w:rsidR="00D978F0" w:rsidRPr="00D64D95" w:rsidRDefault="005760E8">
                            <w:pPr>
                              <w:spacing w:line="253" w:lineRule="exact"/>
                              <w:rPr>
                                <w:rFonts w:ascii="Libre Baskerville" w:eastAsia="KaiTi" w:hAnsi="Libre Baskerville"/>
                                <w:color w:val="DB5790"/>
                              </w:rPr>
                            </w:pPr>
                            <w:r w:rsidRPr="00D64D95">
                              <w:rPr>
                                <w:rFonts w:ascii="Libre Baskerville" w:eastAsia="KaiT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Your</w:t>
                            </w:r>
                            <w:r w:rsidRPr="00D64D95">
                              <w:rPr>
                                <w:rFonts w:ascii="Libre Baskerville" w:eastAsia="KaiTi" w:hAnsi="Libre Baskerville" w:cs="Calibri"/>
                                <w:b/>
                                <w:color w:val="DB5790"/>
                                <w:sz w:val="22"/>
                              </w:rPr>
                              <w:t xml:space="preserve"> </w:t>
                            </w:r>
                            <w:r w:rsidR="0037510C" w:rsidRPr="00D64D95">
                              <w:rPr>
                                <w:rFonts w:ascii="Libre Baskerville" w:eastAsia="KaiT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Q</w:t>
                            </w:r>
                            <w:r w:rsidRPr="00D64D95">
                              <w:rPr>
                                <w:rFonts w:ascii="Libre Baskerville" w:eastAsia="KaiT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uilt</w:t>
                            </w:r>
                            <w:r w:rsidR="0037510C" w:rsidRPr="00D64D95">
                              <w:rPr>
                                <w:rFonts w:ascii="Libre Baskerville" w:eastAsia="KaiT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F30F1" id="FormShape8" o:spid="_x0000_s1030" style="position:absolute;margin-left:40pt;margin-top:190.45pt;width:49.65pt;height:16.5pt;z-index:25164185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" filled="f" stroked="f">
                <v:textbox inset="0,0,0,0">
                  <w:txbxContent>
                    <w:p w14:paraId="509C39C9" w14:textId="670386EA" w:rsidR="00D978F0" w:rsidRPr="00D64D95" w:rsidRDefault="005760E8">
                      <w:pPr>
                        <w:spacing w:line="253" w:lineRule="exact"/>
                        <w:rPr>
                          <w:rFonts w:ascii="Libre Baskerville" w:eastAsia="KaiTi" w:hAnsi="Libre Baskerville"/>
                          <w:color w:val="DB5790"/>
                        </w:rPr>
                      </w:pPr>
                      <w:r w:rsidRPr="00D64D95">
                        <w:rPr>
                          <w:rFonts w:ascii="Libre Baskerville" w:eastAsia="KaiT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>Your</w:t>
                      </w:r>
                      <w:r w:rsidRPr="00D64D95">
                        <w:rPr>
                          <w:rFonts w:ascii="Libre Baskerville" w:eastAsia="KaiTi" w:hAnsi="Libre Baskerville" w:cs="Calibri"/>
                          <w:b/>
                          <w:color w:val="DB5790"/>
                          <w:sz w:val="22"/>
                        </w:rPr>
                        <w:t xml:space="preserve"> </w:t>
                      </w:r>
                      <w:r w:rsidR="0037510C" w:rsidRPr="00D64D95">
                        <w:rPr>
                          <w:rFonts w:ascii="Libre Baskerville" w:eastAsia="KaiT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>Q</w:t>
                      </w:r>
                      <w:r w:rsidRPr="00D64D95">
                        <w:rPr>
                          <w:rFonts w:ascii="Libre Baskerville" w:eastAsia="KaiT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>uilt</w:t>
                      </w:r>
                      <w:r w:rsidR="0037510C" w:rsidRPr="00D64D95">
                        <w:rPr>
                          <w:rFonts w:ascii="Libre Baskerville" w:eastAsia="KaiT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>: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6854166" wp14:editId="67A61E61">
                <wp:simplePos x="0" y="0"/>
                <wp:positionH relativeFrom="page">
                  <wp:posOffset>508000</wp:posOffset>
                </wp:positionH>
                <wp:positionV relativeFrom="page">
                  <wp:posOffset>2672080</wp:posOffset>
                </wp:positionV>
                <wp:extent cx="1321435" cy="190500"/>
                <wp:effectExtent l="3175" t="0" r="0" b="4445"/>
                <wp:wrapNone/>
                <wp:docPr id="1554315048" name="Form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143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61CE8" w14:textId="77777777" w:rsidR="00D978F0" w:rsidRDefault="005760E8">
                            <w:pPr>
                              <w:spacing w:line="230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</w:rPr>
                              <w:t>Quilt name or description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54166" id="FormShape9" o:spid="_x0000_s1031" style="position:absolute;margin-left:40pt;margin-top:210.4pt;width:104.05pt;height:15pt;z-index:25164288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" filled="f" stroked="f">
                <v:textbox inset="0,0,0,0">
                  <w:txbxContent>
                    <w:p w14:paraId="02D61CE8" w14:textId="77777777" w:rsidR="00D978F0" w:rsidRDefault="005760E8">
                      <w:pPr>
                        <w:spacing w:line="230" w:lineRule="exact"/>
                      </w:pPr>
                      <w:r>
                        <w:rPr>
                          <w:rFonts w:eastAsia="Calibri" w:cs="Calibri"/>
                          <w:color w:val="333333"/>
                        </w:rPr>
                        <w:t>Quilt name or description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12ADA91" wp14:editId="121FAE38">
                <wp:simplePos x="0" y="0"/>
                <wp:positionH relativeFrom="page">
                  <wp:posOffset>508000</wp:posOffset>
                </wp:positionH>
                <wp:positionV relativeFrom="page">
                  <wp:posOffset>3014980</wp:posOffset>
                </wp:positionV>
                <wp:extent cx="1217930" cy="190500"/>
                <wp:effectExtent l="3175" t="0" r="0" b="4445"/>
                <wp:wrapNone/>
                <wp:docPr id="597547006" name="Form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793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B49D2" w14:textId="77777777" w:rsidR="00D978F0" w:rsidRDefault="005760E8">
                            <w:pPr>
                              <w:spacing w:line="230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</w:rPr>
                              <w:t>Quilt top width (inches)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ADA91" id="FormShape10" o:spid="_x0000_s1032" style="position:absolute;margin-left:40pt;margin-top:237.4pt;width:95.9pt;height:15pt;z-index:25164390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" filled="f" stroked="f">
                <v:textbox inset="0,0,0,0">
                  <w:txbxContent>
                    <w:p w14:paraId="395B49D2" w14:textId="77777777" w:rsidR="00D978F0" w:rsidRDefault="005760E8">
                      <w:pPr>
                        <w:spacing w:line="230" w:lineRule="exact"/>
                      </w:pPr>
                      <w:r>
                        <w:rPr>
                          <w:rFonts w:eastAsia="Calibri" w:cs="Calibri"/>
                          <w:color w:val="333333"/>
                        </w:rPr>
                        <w:t>Quilt top width (inches)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40FD7D2" wp14:editId="32195464">
                <wp:simplePos x="0" y="0"/>
                <wp:positionH relativeFrom="page">
                  <wp:posOffset>3429000</wp:posOffset>
                </wp:positionH>
                <wp:positionV relativeFrom="page">
                  <wp:posOffset>3014980</wp:posOffset>
                </wp:positionV>
                <wp:extent cx="787400" cy="190500"/>
                <wp:effectExtent l="0" t="0" r="3175" b="4445"/>
                <wp:wrapNone/>
                <wp:docPr id="529093539" name="Form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74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851BA" w14:textId="77777777" w:rsidR="00D978F0" w:rsidRDefault="005760E8">
                            <w:pPr>
                              <w:spacing w:line="230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</w:rPr>
                              <w:t>Length (inches)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FD7D2" id="FormShape11" o:spid="_x0000_s1033" style="position:absolute;margin-left:270pt;margin-top:237.4pt;width:62pt;height:15pt;z-index:2516449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" filled="f" stroked="f">
                <v:textbox inset="0,0,0,0">
                  <w:txbxContent>
                    <w:p w14:paraId="740851BA" w14:textId="77777777" w:rsidR="00D978F0" w:rsidRDefault="005760E8">
                      <w:pPr>
                        <w:spacing w:line="230" w:lineRule="exact"/>
                      </w:pPr>
                      <w:r>
                        <w:rPr>
                          <w:rFonts w:eastAsia="Calibri" w:cs="Calibri"/>
                          <w:color w:val="333333"/>
                        </w:rPr>
                        <w:t>Length (inches)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F0A5CCD" wp14:editId="78AB8A53">
                <wp:simplePos x="0" y="0"/>
                <wp:positionH relativeFrom="page">
                  <wp:posOffset>508000</wp:posOffset>
                </wp:positionH>
                <wp:positionV relativeFrom="page">
                  <wp:posOffset>3796030</wp:posOffset>
                </wp:positionV>
                <wp:extent cx="2833370" cy="180975"/>
                <wp:effectExtent l="3175" t="0" r="1905" b="4445"/>
                <wp:wrapNone/>
                <wp:docPr id="939706085" name="Form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33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B109BB" w14:textId="11AD2438" w:rsidR="00D978F0" w:rsidRDefault="00D978F0">
                            <w:pPr>
                              <w:spacing w:line="218" w:lineRule="exact"/>
                            </w:pP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A5CCD" id="FormShape16" o:spid="_x0000_s1034" style="position:absolute;margin-left:40pt;margin-top:298.9pt;width:223.1pt;height:14.25pt;z-index:25165004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" filled="f" stroked="f">
                <v:textbox inset="0,0,0,0">
                  <w:txbxContent>
                    <w:p w14:paraId="6DB109BB" w14:textId="11AD2438" w:rsidR="00D978F0" w:rsidRDefault="00D978F0">
                      <w:pPr>
                        <w:spacing w:line="218" w:lineRule="exact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A92C53" wp14:editId="65EDEB56">
                <wp:simplePos x="0" y="0"/>
                <wp:positionH relativeFrom="page">
                  <wp:posOffset>723900</wp:posOffset>
                </wp:positionH>
                <wp:positionV relativeFrom="page">
                  <wp:posOffset>4583430</wp:posOffset>
                </wp:positionV>
                <wp:extent cx="1476375" cy="180975"/>
                <wp:effectExtent l="0" t="1905" r="0" b="0"/>
                <wp:wrapNone/>
                <wp:docPr id="639131836" name="Form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D5C48" w14:textId="755795A3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 xml:space="preserve">Edge-to-edge </w:t>
                            </w:r>
                            <w:r w:rsidR="0014745D"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low/</w:t>
                            </w: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medium density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92C53" id="FormShape23" o:spid="_x0000_s1035" style="position:absolute;margin-left:57pt;margin-top:360.9pt;width:116.25pt;height:14.25pt;z-index:2516572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" filled="f" stroked="f">
                <v:textbox inset="0,0,0,0">
                  <w:txbxContent>
                    <w:p w14:paraId="60CD5C48" w14:textId="755795A3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 xml:space="preserve">Edge-to-edge </w:t>
                      </w:r>
                      <w:r w:rsidR="0014745D">
                        <w:rPr>
                          <w:rFonts w:eastAsia="Calibri" w:cs="Calibri"/>
                          <w:color w:val="333333"/>
                          <w:sz w:val="19"/>
                        </w:rPr>
                        <w:t>low/</w:t>
                      </w: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medium density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1638BA" wp14:editId="736A30C2">
                <wp:simplePos x="0" y="0"/>
                <wp:positionH relativeFrom="page">
                  <wp:posOffset>4152900</wp:posOffset>
                </wp:positionH>
                <wp:positionV relativeFrom="page">
                  <wp:posOffset>4583430</wp:posOffset>
                </wp:positionV>
                <wp:extent cx="1358900" cy="180975"/>
                <wp:effectExtent l="0" t="1905" r="3175" b="0"/>
                <wp:wrapNone/>
                <wp:docPr id="1719466545" name="Form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9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D4AAF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Edge-to-edge heavy density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638BA" id="FormShape24" o:spid="_x0000_s1036" style="position:absolute;margin-left:327pt;margin-top:360.9pt;width:107pt;height:14.25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" filled="f" stroked="f">
                <v:textbox inset="0,0,0,0">
                  <w:txbxContent>
                    <w:p w14:paraId="3B5D4AAF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Edge-to-edge heavy density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B29D6" wp14:editId="4BDD7F9B">
                <wp:simplePos x="0" y="0"/>
                <wp:positionH relativeFrom="page">
                  <wp:posOffset>723900</wp:posOffset>
                </wp:positionH>
                <wp:positionV relativeFrom="page">
                  <wp:posOffset>4824730</wp:posOffset>
                </wp:positionV>
                <wp:extent cx="1610995" cy="180975"/>
                <wp:effectExtent l="0" t="0" r="0" b="4445"/>
                <wp:wrapNone/>
                <wp:docPr id="1667578867" name="Form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099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B18FD1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Simple custom (borders / blocks)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B29D6" id="FormShape25" o:spid="_x0000_s1037" style="position:absolute;margin-left:57pt;margin-top:379.9pt;width:126.85pt;height:14.25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" filled="f" stroked="f">
                <v:textbox inset="0,0,0,0">
                  <w:txbxContent>
                    <w:p w14:paraId="74B18FD1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Simple custom (borders / blocks)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D0D0A8" wp14:editId="0B754457">
                <wp:simplePos x="0" y="0"/>
                <wp:positionH relativeFrom="page">
                  <wp:posOffset>4152900</wp:posOffset>
                </wp:positionH>
                <wp:positionV relativeFrom="page">
                  <wp:posOffset>4824730</wp:posOffset>
                </wp:positionV>
                <wp:extent cx="1264285" cy="180975"/>
                <wp:effectExtent l="0" t="0" r="2540" b="4445"/>
                <wp:wrapNone/>
                <wp:docPr id="2106487147" name="Form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428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04CF9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Custom quilting by design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0D0A8" id="FormShape26" o:spid="_x0000_s1038" style="position:absolute;margin-left:327pt;margin-top:379.9pt;width:99.55pt;height:14.25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" filled="f" stroked="f">
                <v:textbox inset="0,0,0,0">
                  <w:txbxContent>
                    <w:p w14:paraId="76004CF9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Custom quilting by design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E195AD" wp14:editId="2CCB67B7">
                <wp:simplePos x="0" y="0"/>
                <wp:positionH relativeFrom="page">
                  <wp:posOffset>508000</wp:posOffset>
                </wp:positionH>
                <wp:positionV relativeFrom="page">
                  <wp:posOffset>5085080</wp:posOffset>
                </wp:positionV>
                <wp:extent cx="1734185" cy="190500"/>
                <wp:effectExtent l="3175" t="0" r="0" b="1270"/>
                <wp:wrapNone/>
                <wp:docPr id="427742024" name="Form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418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F9375" w14:textId="77777777" w:rsidR="00D978F0" w:rsidRDefault="005760E8">
                            <w:pPr>
                              <w:spacing w:line="230" w:lineRule="exact"/>
                            </w:pPr>
                            <w:r>
                              <w:rPr>
                                <w:rFonts w:eastAsia="Calibri" w:cs="Calibri"/>
                                <w:b/>
                                <w:color w:val="333333"/>
                              </w:rPr>
                              <w:t>Pantograph preference or theme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195AD" id="FormShape27" o:spid="_x0000_s1039" style="position:absolute;margin-left:40pt;margin-top:400.4pt;width:136.55pt;height:15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" filled="f" stroked="f">
                <v:textbox inset="0,0,0,0">
                  <w:txbxContent>
                    <w:p w14:paraId="050F9375" w14:textId="77777777" w:rsidR="00D978F0" w:rsidRDefault="005760E8">
                      <w:pPr>
                        <w:spacing w:line="230" w:lineRule="exact"/>
                      </w:pPr>
                      <w:r>
                        <w:rPr>
                          <w:rFonts w:eastAsia="Calibri" w:cs="Calibri"/>
                          <w:b/>
                          <w:color w:val="333333"/>
                        </w:rPr>
                        <w:t>Pantograph preference or theme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37BCC1" wp14:editId="1256B478">
                <wp:simplePos x="0" y="0"/>
                <wp:positionH relativeFrom="page">
                  <wp:posOffset>508000</wp:posOffset>
                </wp:positionH>
                <wp:positionV relativeFrom="page">
                  <wp:posOffset>5719445</wp:posOffset>
                </wp:positionV>
                <wp:extent cx="3844290" cy="171450"/>
                <wp:effectExtent l="3175" t="4445" r="635" b="0"/>
                <wp:wrapNone/>
                <wp:docPr id="1269212882" name="Form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42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CE8A18" w14:textId="77777777" w:rsidR="00D978F0" w:rsidRDefault="005760E8">
                            <w:pPr>
                              <w:spacing w:line="207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8"/>
                              </w:rPr>
                              <w:t>Share the pantograph style or theme you have in mind. I'll send you design options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7BCC1" id="FormShape28" o:spid="_x0000_s1040" style="position:absolute;margin-left:40pt;margin-top:450.35pt;width:302.7pt;height:13.5pt;z-index:2516623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" filled="f" stroked="f">
                <v:textbox inset="0,0,0,0">
                  <w:txbxContent>
                    <w:p w14:paraId="14CE8A18" w14:textId="77777777" w:rsidR="00D978F0" w:rsidRDefault="005760E8">
                      <w:pPr>
                        <w:spacing w:line="207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8"/>
                        </w:rPr>
                        <w:t>Share the pantograph style or theme you have in mind. I'll send you design options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5106B7" wp14:editId="23562308">
                <wp:simplePos x="0" y="0"/>
                <wp:positionH relativeFrom="page">
                  <wp:posOffset>508000</wp:posOffset>
                </wp:positionH>
                <wp:positionV relativeFrom="page">
                  <wp:posOffset>5859145</wp:posOffset>
                </wp:positionV>
                <wp:extent cx="2003425" cy="171450"/>
                <wp:effectExtent l="3175" t="1270" r="3175" b="0"/>
                <wp:wrapNone/>
                <wp:docPr id="982455967" name="Form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34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0FE65" w14:textId="77777777" w:rsidR="00D978F0" w:rsidRDefault="005760E8">
                            <w:pPr>
                              <w:spacing w:line="207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8"/>
                              </w:rPr>
                              <w:t>to choose from based on your preferences.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106B7" id="FormShape29" o:spid="_x0000_s1041" style="position:absolute;margin-left:40pt;margin-top:461.35pt;width:157.75pt;height:13.5pt;z-index:2516633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" filled="f" stroked="f">
                <v:textbox inset="0,0,0,0">
                  <w:txbxContent>
                    <w:p w14:paraId="26C0FE65" w14:textId="77777777" w:rsidR="00D978F0" w:rsidRDefault="005760E8">
                      <w:pPr>
                        <w:spacing w:line="207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8"/>
                        </w:rPr>
                        <w:t>to choose from based on your preferences.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7B79B7" wp14:editId="3A8AAFAA">
                <wp:simplePos x="0" y="0"/>
                <wp:positionH relativeFrom="page">
                  <wp:posOffset>508000</wp:posOffset>
                </wp:positionH>
                <wp:positionV relativeFrom="page">
                  <wp:posOffset>6088380</wp:posOffset>
                </wp:positionV>
                <wp:extent cx="1249680" cy="190500"/>
                <wp:effectExtent l="3175" t="1905" r="4445" b="0"/>
                <wp:wrapNone/>
                <wp:docPr id="1837805991" name="Form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968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4C006D" w14:textId="77777777" w:rsidR="00D978F0" w:rsidRDefault="005760E8">
                            <w:pPr>
                              <w:spacing w:line="230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</w:rPr>
                              <w:t>Thread color preference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7B79B7" id="FormShape30" o:spid="_x0000_s1042" style="position:absolute;margin-left:40pt;margin-top:479.4pt;width:98.4pt;height:15pt;z-index:25166438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" filled="f" stroked="f">
                <v:textbox inset="0,0,0,0">
                  <w:txbxContent>
                    <w:p w14:paraId="024C006D" w14:textId="77777777" w:rsidR="00D978F0" w:rsidRDefault="005760E8">
                      <w:pPr>
                        <w:spacing w:line="230" w:lineRule="exact"/>
                      </w:pPr>
                      <w:r>
                        <w:rPr>
                          <w:rFonts w:eastAsia="Calibri" w:cs="Calibri"/>
                          <w:color w:val="333333"/>
                        </w:rPr>
                        <w:t>Thread color preference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9F3363" wp14:editId="7581EAB7">
                <wp:simplePos x="0" y="0"/>
                <wp:positionH relativeFrom="page">
                  <wp:posOffset>723900</wp:posOffset>
                </wp:positionH>
                <wp:positionV relativeFrom="page">
                  <wp:posOffset>6615430</wp:posOffset>
                </wp:positionV>
                <wp:extent cx="967740" cy="180975"/>
                <wp:effectExtent l="0" t="0" r="3810" b="4445"/>
                <wp:wrapNone/>
                <wp:docPr id="2096914991" name="Form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774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3E2359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Customer providing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9F3363" id="FormShape32" o:spid="_x0000_s1043" style="position:absolute;margin-left:57pt;margin-top:520.9pt;width:76.2pt;height:14.25pt;z-index:2516664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" filled="f" stroked="f">
                <v:textbox inset="0,0,0,0">
                  <w:txbxContent>
                    <w:p w14:paraId="7A3E2359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Customer providing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831FCC" wp14:editId="14166625">
                <wp:simplePos x="0" y="0"/>
                <wp:positionH relativeFrom="page">
                  <wp:posOffset>508000</wp:posOffset>
                </wp:positionH>
                <wp:positionV relativeFrom="page">
                  <wp:posOffset>6869430</wp:posOffset>
                </wp:positionV>
                <wp:extent cx="2085340" cy="180975"/>
                <wp:effectExtent l="3175" t="1905" r="0" b="0"/>
                <wp:wrapNone/>
                <wp:docPr id="283375517" name="Form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34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0E9E6A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If Sew Much Joy is providing, choose from: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31FCC" id="FormShape33" o:spid="_x0000_s1044" style="position:absolute;margin-left:40pt;margin-top:540.9pt;width:164.2pt;height:14.25pt;z-index:25166745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" filled="f" stroked="f">
                <v:textbox inset="0,0,0,0">
                  <w:txbxContent>
                    <w:p w14:paraId="530E9E6A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If Sew Much Joy is providing, choose from: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9049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67D637" wp14:editId="3A595011">
                <wp:simplePos x="0" y="0"/>
                <wp:positionH relativeFrom="page">
                  <wp:posOffset>723900</wp:posOffset>
                </wp:positionH>
                <wp:positionV relativeFrom="page">
                  <wp:posOffset>7072630</wp:posOffset>
                </wp:positionV>
                <wp:extent cx="717550" cy="180975"/>
                <wp:effectExtent l="0" t="0" r="0" b="4445"/>
                <wp:wrapNone/>
                <wp:docPr id="38538323" name="Form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E01E84" w14:textId="0626B81D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 xml:space="preserve">Hobbs 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7D637" id="FormShape34" o:spid="_x0000_s1045" style="position:absolute;margin-left:57pt;margin-top:556.9pt;width:56.5pt;height:14.25pt;z-index:25166848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" filled="f" stroked="f">
                <v:textbox inset="0,0,0,0">
                  <w:txbxContent>
                    <w:p w14:paraId="1BE01E84" w14:textId="0626B81D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 xml:space="preserve">Hobbs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E3531F2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8400" w:tblpY="2760"/>
        <w:tblW w:w="304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Date"/>
      </w:tblPr>
      <w:tblGrid>
        <w:gridCol w:w="3040"/>
      </w:tblGrid>
      <w:tr w:rsidR="00D978F0" w:rsidRPr="0037510C" w14:paraId="5E23AF1E" w14:textId="77777777" w:rsidTr="0037510C">
        <w:trPr>
          <w:trHeight w:hRule="exact" w:val="380"/>
        </w:trPr>
        <w:tc>
          <w:tcPr>
            <w:tcW w:w="3040" w:type="dxa"/>
            <w:shd w:val="clear" w:color="auto" w:fill="FEFCFC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49C9CF54" w14:textId="77777777" w:rsidR="00D978F0" w:rsidRPr="0037510C" w:rsidRDefault="00D978F0">
            <w:pPr>
              <w:spacing w:line="240" w:lineRule="exact"/>
              <w:rPr>
                <w:rFonts w:ascii="Libre Baskerville" w:hAnsi="Libre Baskerville"/>
              </w:rPr>
            </w:pPr>
          </w:p>
        </w:tc>
      </w:tr>
    </w:tbl>
    <w:p w14:paraId="1A01F76E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1600" w:tblpY="3300"/>
        <w:tblW w:w="330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Phone"/>
      </w:tblPr>
      <w:tblGrid>
        <w:gridCol w:w="3300"/>
      </w:tblGrid>
      <w:tr w:rsidR="00D978F0" w:rsidRPr="0037510C" w14:paraId="724CB436" w14:textId="77777777" w:rsidTr="0037510C">
        <w:trPr>
          <w:trHeight w:hRule="exact" w:val="380"/>
        </w:trPr>
        <w:tc>
          <w:tcPr>
            <w:tcW w:w="3300" w:type="dxa"/>
            <w:shd w:val="clear" w:color="auto" w:fill="FEFCFC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587DEF28" w14:textId="77777777" w:rsidR="00D978F0" w:rsidRPr="0037510C" w:rsidRDefault="00D978F0">
            <w:pPr>
              <w:spacing w:line="240" w:lineRule="exact"/>
              <w:rPr>
                <w:rFonts w:ascii="Libre Baskerville" w:hAnsi="Libre Baskerville"/>
              </w:rPr>
            </w:pPr>
          </w:p>
        </w:tc>
      </w:tr>
    </w:tbl>
    <w:p w14:paraId="03AA5DED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5900" w:tblpY="3300"/>
        <w:tblW w:w="554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Email"/>
      </w:tblPr>
      <w:tblGrid>
        <w:gridCol w:w="5540"/>
      </w:tblGrid>
      <w:tr w:rsidR="00D978F0" w:rsidRPr="0037510C" w14:paraId="3008C462" w14:textId="77777777" w:rsidTr="0037510C">
        <w:trPr>
          <w:trHeight w:hRule="exact" w:val="380"/>
        </w:trPr>
        <w:tc>
          <w:tcPr>
            <w:tcW w:w="5540" w:type="dxa"/>
            <w:shd w:val="clear" w:color="auto" w:fill="FEFCFC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39E20C90" w14:textId="77777777" w:rsidR="00D978F0" w:rsidRPr="0037510C" w:rsidRDefault="00D978F0">
            <w:pPr>
              <w:spacing w:line="240" w:lineRule="exact"/>
              <w:rPr>
                <w:rFonts w:ascii="Libre Baskerville" w:hAnsi="Libre Baskerville"/>
              </w:rPr>
            </w:pPr>
          </w:p>
        </w:tc>
      </w:tr>
    </w:tbl>
    <w:p w14:paraId="5B62B5CC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3660" w:tblpY="4160"/>
        <w:tblW w:w="778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Quilt_description"/>
      </w:tblPr>
      <w:tblGrid>
        <w:gridCol w:w="7780"/>
      </w:tblGrid>
      <w:tr w:rsidR="00D978F0" w:rsidRPr="0037510C" w14:paraId="187886C0" w14:textId="77777777" w:rsidTr="0037510C">
        <w:trPr>
          <w:trHeight w:hRule="exact" w:val="380"/>
        </w:trPr>
        <w:tc>
          <w:tcPr>
            <w:tcW w:w="7780" w:type="dxa"/>
            <w:shd w:val="clear" w:color="auto" w:fill="FEFCFC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74E536E9" w14:textId="77777777" w:rsidR="00D978F0" w:rsidRPr="0037510C" w:rsidRDefault="00D978F0">
            <w:pPr>
              <w:spacing w:line="240" w:lineRule="exact"/>
              <w:rPr>
                <w:rFonts w:ascii="Libre Baskerville" w:hAnsi="Libre Baskerville"/>
              </w:rPr>
            </w:pPr>
          </w:p>
        </w:tc>
      </w:tr>
    </w:tbl>
    <w:p w14:paraId="62D64233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3400" w:tblpY="4700"/>
        <w:tblW w:w="148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Quilt_width_inches"/>
      </w:tblPr>
      <w:tblGrid>
        <w:gridCol w:w="1480"/>
      </w:tblGrid>
      <w:tr w:rsidR="00D978F0" w:rsidRPr="0037510C" w14:paraId="043A140E" w14:textId="77777777" w:rsidTr="0037510C">
        <w:trPr>
          <w:trHeight w:hRule="exact" w:val="380"/>
        </w:trPr>
        <w:tc>
          <w:tcPr>
            <w:tcW w:w="1480" w:type="dxa"/>
            <w:shd w:val="clear" w:color="auto" w:fill="FEFCFC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50B67F2F" w14:textId="77777777" w:rsidR="00D978F0" w:rsidRPr="0037510C" w:rsidRDefault="00D978F0">
            <w:pPr>
              <w:spacing w:line="240" w:lineRule="exact"/>
              <w:rPr>
                <w:rFonts w:ascii="Libre Baskerville" w:hAnsi="Libre Baskerville"/>
              </w:rPr>
            </w:pPr>
          </w:p>
        </w:tc>
      </w:tr>
    </w:tbl>
    <w:p w14:paraId="432018BB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7160" w:tblpY="4700"/>
        <w:tblW w:w="148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Quilt_length_inches"/>
      </w:tblPr>
      <w:tblGrid>
        <w:gridCol w:w="1480"/>
      </w:tblGrid>
      <w:tr w:rsidR="00D978F0" w:rsidRPr="0037510C" w14:paraId="55A6F405" w14:textId="77777777" w:rsidTr="0037510C">
        <w:trPr>
          <w:trHeight w:hRule="exact" w:val="380"/>
        </w:trPr>
        <w:tc>
          <w:tcPr>
            <w:tcW w:w="1480" w:type="dxa"/>
            <w:shd w:val="clear" w:color="auto" w:fill="FEFCFC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416187E3" w14:textId="77777777" w:rsidR="00D978F0" w:rsidRPr="0037510C" w:rsidRDefault="00D978F0">
            <w:pPr>
              <w:spacing w:line="240" w:lineRule="exact"/>
              <w:rPr>
                <w:rFonts w:ascii="Libre Baskerville" w:hAnsi="Libre Baskerville"/>
              </w:rPr>
            </w:pPr>
          </w:p>
        </w:tc>
      </w:tr>
    </w:tbl>
    <w:p w14:paraId="00EC3485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0A0F82A6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7133157F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5EB88431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6F565876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727F6002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5C4770A3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800" w:tblpY="7220"/>
        <w:tblW w:w="22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Medium_density_edge_to_edge"/>
      </w:tblPr>
      <w:tblGrid>
        <w:gridCol w:w="220"/>
      </w:tblGrid>
      <w:tr w:rsidR="00D978F0" w:rsidRPr="0037510C" w14:paraId="4149AD00" w14:textId="77777777">
        <w:trPr>
          <w:trHeight w:hRule="exact" w:val="220"/>
        </w:trPr>
        <w:tc>
          <w:tcPr>
            <w:tcW w:w="2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8F2DC" w14:textId="77777777" w:rsidR="00D978F0" w:rsidRPr="0037510C" w:rsidRDefault="00D978F0">
            <w:pPr>
              <w:spacing w:line="180" w:lineRule="exact"/>
              <w:rPr>
                <w:rFonts w:ascii="Libre Baskerville" w:hAnsi="Libre Baskerville"/>
              </w:rPr>
            </w:pPr>
          </w:p>
        </w:tc>
      </w:tr>
    </w:tbl>
    <w:p w14:paraId="427EB2FD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6200" w:tblpY="7220"/>
        <w:tblW w:w="22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Heavy_density_edge_to_edge"/>
      </w:tblPr>
      <w:tblGrid>
        <w:gridCol w:w="220"/>
      </w:tblGrid>
      <w:tr w:rsidR="00D978F0" w:rsidRPr="0037510C" w14:paraId="134D8678" w14:textId="77777777">
        <w:trPr>
          <w:trHeight w:hRule="exact" w:val="220"/>
        </w:trPr>
        <w:tc>
          <w:tcPr>
            <w:tcW w:w="2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57386" w14:textId="77777777" w:rsidR="00D978F0" w:rsidRPr="0037510C" w:rsidRDefault="00D978F0">
            <w:pPr>
              <w:spacing w:line="180" w:lineRule="exact"/>
              <w:rPr>
                <w:rFonts w:ascii="Libre Baskerville" w:hAnsi="Libre Baskerville"/>
              </w:rPr>
            </w:pPr>
          </w:p>
        </w:tc>
      </w:tr>
    </w:tbl>
    <w:p w14:paraId="202C5235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800" w:tblpY="7600"/>
        <w:tblW w:w="22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Simple_custom"/>
      </w:tblPr>
      <w:tblGrid>
        <w:gridCol w:w="220"/>
      </w:tblGrid>
      <w:tr w:rsidR="00D978F0" w:rsidRPr="0037510C" w14:paraId="2DEBEFDD" w14:textId="77777777">
        <w:trPr>
          <w:trHeight w:hRule="exact" w:val="220"/>
        </w:trPr>
        <w:tc>
          <w:tcPr>
            <w:tcW w:w="2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A7FF6" w14:textId="77777777" w:rsidR="00D978F0" w:rsidRPr="0037510C" w:rsidRDefault="00D978F0">
            <w:pPr>
              <w:spacing w:line="180" w:lineRule="exact"/>
              <w:rPr>
                <w:rFonts w:ascii="Libre Baskerville" w:hAnsi="Libre Baskerville"/>
              </w:rPr>
            </w:pPr>
          </w:p>
        </w:tc>
      </w:tr>
    </w:tbl>
    <w:p w14:paraId="4F5DAF8D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6200" w:tblpY="7600"/>
        <w:tblW w:w="22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Custom_by_design"/>
      </w:tblPr>
      <w:tblGrid>
        <w:gridCol w:w="220"/>
      </w:tblGrid>
      <w:tr w:rsidR="00D978F0" w:rsidRPr="0037510C" w14:paraId="0D17713D" w14:textId="77777777">
        <w:trPr>
          <w:trHeight w:hRule="exact" w:val="220"/>
        </w:trPr>
        <w:tc>
          <w:tcPr>
            <w:tcW w:w="2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48BE3" w14:textId="77777777" w:rsidR="00D978F0" w:rsidRPr="0037510C" w:rsidRDefault="00D978F0">
            <w:pPr>
              <w:spacing w:line="180" w:lineRule="exact"/>
              <w:rPr>
                <w:rFonts w:ascii="Libre Baskerville" w:hAnsi="Libre Baskerville"/>
              </w:rPr>
            </w:pPr>
          </w:p>
        </w:tc>
      </w:tr>
    </w:tbl>
    <w:p w14:paraId="575FE89B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800" w:tblpY="8340"/>
        <w:tblW w:w="1064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Pantograph_preference_or_theme"/>
      </w:tblPr>
      <w:tblGrid>
        <w:gridCol w:w="10640"/>
      </w:tblGrid>
      <w:tr w:rsidR="00D978F0" w:rsidRPr="0037510C" w14:paraId="551C540F" w14:textId="77777777" w:rsidTr="0037510C">
        <w:trPr>
          <w:trHeight w:hRule="exact" w:val="600"/>
        </w:trPr>
        <w:tc>
          <w:tcPr>
            <w:tcW w:w="10640" w:type="dxa"/>
            <w:shd w:val="clear" w:color="auto" w:fill="FEFCFC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156B6C09" w14:textId="77777777" w:rsidR="00D978F0" w:rsidRPr="0037510C" w:rsidRDefault="00D978F0">
            <w:pPr>
              <w:spacing w:line="240" w:lineRule="exact"/>
              <w:rPr>
                <w:rFonts w:ascii="Libre Baskerville" w:hAnsi="Libre Baskerville"/>
              </w:rPr>
            </w:pPr>
          </w:p>
        </w:tc>
      </w:tr>
    </w:tbl>
    <w:p w14:paraId="3AD1A588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3600" w:tblpY="9540"/>
        <w:tblW w:w="784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Thread_color_preference"/>
      </w:tblPr>
      <w:tblGrid>
        <w:gridCol w:w="7840"/>
      </w:tblGrid>
      <w:tr w:rsidR="00D978F0" w:rsidRPr="0037510C" w14:paraId="74002DF2" w14:textId="77777777" w:rsidTr="0037510C">
        <w:trPr>
          <w:trHeight w:hRule="exact" w:val="380"/>
        </w:trPr>
        <w:tc>
          <w:tcPr>
            <w:tcW w:w="7840" w:type="dxa"/>
            <w:shd w:val="clear" w:color="auto" w:fill="FEFCFC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17C82355" w14:textId="77777777" w:rsidR="00D978F0" w:rsidRPr="0037510C" w:rsidRDefault="00D978F0">
            <w:pPr>
              <w:spacing w:line="240" w:lineRule="exact"/>
              <w:rPr>
                <w:rFonts w:ascii="Libre Baskerville" w:hAnsi="Libre Baskerville"/>
              </w:rPr>
            </w:pPr>
          </w:p>
        </w:tc>
      </w:tr>
    </w:tbl>
    <w:p w14:paraId="45EF945A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800" w:tblpY="10420"/>
        <w:tblW w:w="22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Batting_customer_providing"/>
      </w:tblPr>
      <w:tblGrid>
        <w:gridCol w:w="220"/>
      </w:tblGrid>
      <w:tr w:rsidR="00D978F0" w:rsidRPr="0037510C" w14:paraId="0F2F69F7" w14:textId="77777777">
        <w:trPr>
          <w:trHeight w:hRule="exact" w:val="220"/>
        </w:trPr>
        <w:tc>
          <w:tcPr>
            <w:tcW w:w="2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B08DB" w14:textId="77777777" w:rsidR="00D978F0" w:rsidRPr="0037510C" w:rsidRDefault="00D978F0">
            <w:pPr>
              <w:spacing w:line="180" w:lineRule="exact"/>
              <w:rPr>
                <w:rFonts w:ascii="Libre Baskerville" w:hAnsi="Libre Baskerville"/>
              </w:rPr>
            </w:pPr>
          </w:p>
        </w:tc>
      </w:tr>
    </w:tbl>
    <w:p w14:paraId="2900E93F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800" w:tblpY="11140"/>
        <w:tblW w:w="22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Batting_Hobbs_Warm"/>
      </w:tblPr>
      <w:tblGrid>
        <w:gridCol w:w="220"/>
      </w:tblGrid>
      <w:tr w:rsidR="00D978F0" w:rsidRPr="0037510C" w14:paraId="727B8C76" w14:textId="77777777">
        <w:trPr>
          <w:trHeight w:hRule="exact" w:val="220"/>
        </w:trPr>
        <w:tc>
          <w:tcPr>
            <w:tcW w:w="2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0D86D" w14:textId="77777777" w:rsidR="00D978F0" w:rsidRPr="0037510C" w:rsidRDefault="00D978F0">
            <w:pPr>
              <w:spacing w:line="180" w:lineRule="exact"/>
              <w:rPr>
                <w:rFonts w:ascii="Libre Baskerville" w:hAnsi="Libre Baskerville"/>
              </w:rPr>
            </w:pPr>
          </w:p>
        </w:tc>
      </w:tr>
    </w:tbl>
    <w:p w14:paraId="08C873EC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08040815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1181D318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3C4EE929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13901297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39B8291C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011E1EAF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262A2ED5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p w14:paraId="317AB568" w14:textId="77777777" w:rsidR="00D978F0" w:rsidRPr="0037510C" w:rsidRDefault="00D978F0">
      <w:pPr>
        <w:spacing w:line="20" w:lineRule="exact"/>
        <w:rPr>
          <w:rFonts w:ascii="Libre Baskerville" w:hAnsi="Libre Baskerville"/>
        </w:rPr>
      </w:pPr>
    </w:p>
    <w:tbl>
      <w:tblPr>
        <w:tblpPr w:vertAnchor="page" w:horzAnchor="page" w:tblpX="2706" w:tblpY="11157"/>
        <w:tblW w:w="22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Batting_Quilters_Dream_Natural"/>
      </w:tblPr>
      <w:tblGrid>
        <w:gridCol w:w="220"/>
      </w:tblGrid>
      <w:tr w:rsidR="00406EC6" w:rsidRPr="0037510C" w14:paraId="30D7C6FE" w14:textId="77777777" w:rsidTr="00406EC6">
        <w:trPr>
          <w:trHeight w:hRule="exact" w:val="220"/>
        </w:trPr>
        <w:tc>
          <w:tcPr>
            <w:tcW w:w="2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5A280" w14:textId="77777777" w:rsidR="00406EC6" w:rsidRPr="0037510C" w:rsidRDefault="00406EC6" w:rsidP="00406EC6">
            <w:pPr>
              <w:spacing w:line="180" w:lineRule="exact"/>
              <w:rPr>
                <w:rFonts w:ascii="Libre Baskerville" w:hAnsi="Libre Baskerville"/>
              </w:rPr>
            </w:pPr>
          </w:p>
        </w:tc>
      </w:tr>
    </w:tbl>
    <w:tbl>
      <w:tblPr>
        <w:tblpPr w:vertAnchor="page" w:horzAnchor="page" w:tblpX="840" w:tblpY="12084"/>
        <w:tblW w:w="22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Batting_Quilters_Dream_Natural"/>
      </w:tblPr>
      <w:tblGrid>
        <w:gridCol w:w="220"/>
      </w:tblGrid>
      <w:tr w:rsidR="00406EC6" w:rsidRPr="0037510C" w14:paraId="37413D73" w14:textId="77777777" w:rsidTr="00406EC6">
        <w:trPr>
          <w:trHeight w:hRule="exact" w:val="220"/>
        </w:trPr>
        <w:tc>
          <w:tcPr>
            <w:tcW w:w="2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F9844" w14:textId="77777777" w:rsidR="00406EC6" w:rsidRPr="0037510C" w:rsidRDefault="00406EC6" w:rsidP="00406EC6">
            <w:pPr>
              <w:spacing w:line="180" w:lineRule="exact"/>
              <w:rPr>
                <w:rFonts w:ascii="Libre Baskerville" w:hAnsi="Libre Baskerville"/>
              </w:rPr>
            </w:pPr>
          </w:p>
        </w:tc>
      </w:tr>
    </w:tbl>
    <w:tbl>
      <w:tblPr>
        <w:tblpPr w:vertAnchor="page" w:horzAnchor="page" w:tblpX="4184" w:tblpY="12097"/>
        <w:tblW w:w="22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Batting_Quilters_Dream_Natural"/>
      </w:tblPr>
      <w:tblGrid>
        <w:gridCol w:w="220"/>
      </w:tblGrid>
      <w:tr w:rsidR="00406EC6" w:rsidRPr="0037510C" w14:paraId="56E5615D" w14:textId="77777777" w:rsidTr="00406EC6">
        <w:trPr>
          <w:trHeight w:hRule="exact" w:val="220"/>
        </w:trPr>
        <w:tc>
          <w:tcPr>
            <w:tcW w:w="2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34406" w14:textId="77777777" w:rsidR="00406EC6" w:rsidRPr="0037510C" w:rsidRDefault="00406EC6" w:rsidP="00406EC6">
            <w:pPr>
              <w:spacing w:line="180" w:lineRule="exact"/>
              <w:rPr>
                <w:rFonts w:ascii="Libre Baskerville" w:hAnsi="Libre Baskerville"/>
              </w:rPr>
            </w:pPr>
          </w:p>
        </w:tc>
      </w:tr>
    </w:tbl>
    <w:tbl>
      <w:tblPr>
        <w:tblpPr w:vertAnchor="page" w:horzAnchor="page" w:tblpX="3119" w:tblpY="12485"/>
        <w:tblW w:w="360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Batting_Quilters_Dream_Natural"/>
      </w:tblPr>
      <w:tblGrid>
        <w:gridCol w:w="3600"/>
      </w:tblGrid>
      <w:tr w:rsidR="00406EC6" w:rsidRPr="0037510C" w14:paraId="13C472E3" w14:textId="77777777" w:rsidTr="00406EC6">
        <w:trPr>
          <w:trHeight w:hRule="exact" w:val="380"/>
        </w:trPr>
        <w:tc>
          <w:tcPr>
            <w:tcW w:w="3600" w:type="dxa"/>
            <w:shd w:val="clear" w:color="auto" w:fill="FEFCFC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432C40F3" w14:textId="77777777" w:rsidR="00406EC6" w:rsidRPr="0037510C" w:rsidRDefault="00406EC6" w:rsidP="00406EC6">
            <w:pPr>
              <w:spacing w:line="240" w:lineRule="exact"/>
              <w:rPr>
                <w:rFonts w:ascii="Libre Baskerville" w:hAnsi="Libre Baskerville"/>
              </w:rPr>
            </w:pPr>
          </w:p>
        </w:tc>
      </w:tr>
    </w:tbl>
    <w:tbl>
      <w:tblPr>
        <w:tblpPr w:vertAnchor="page" w:horzAnchor="page" w:tblpX="7288" w:tblpY="12548"/>
        <w:tblW w:w="22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Batting_Quilters_Dream_Natural"/>
      </w:tblPr>
      <w:tblGrid>
        <w:gridCol w:w="220"/>
      </w:tblGrid>
      <w:tr w:rsidR="00406EC6" w:rsidRPr="0037510C" w14:paraId="10A963C4" w14:textId="77777777" w:rsidTr="00406EC6">
        <w:trPr>
          <w:trHeight w:hRule="exact" w:val="220"/>
        </w:trPr>
        <w:tc>
          <w:tcPr>
            <w:tcW w:w="2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AE680" w14:textId="77777777" w:rsidR="00406EC6" w:rsidRPr="0037510C" w:rsidRDefault="00406EC6" w:rsidP="00406EC6">
            <w:pPr>
              <w:spacing w:line="180" w:lineRule="exact"/>
              <w:rPr>
                <w:rFonts w:ascii="Libre Baskerville" w:hAnsi="Libre Baskerville"/>
              </w:rPr>
            </w:pPr>
          </w:p>
        </w:tc>
      </w:tr>
    </w:tbl>
    <w:tbl>
      <w:tblPr>
        <w:tblpPr w:vertAnchor="page" w:horzAnchor="margin" w:tblpXSpec="center" w:tblpY="13624"/>
        <w:tblW w:w="1064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  <w:tblCaption w:val="Batting_Quilters_Dream_Natural"/>
      </w:tblPr>
      <w:tblGrid>
        <w:gridCol w:w="10640"/>
      </w:tblGrid>
      <w:tr w:rsidR="00A82E18" w:rsidRPr="0037510C" w14:paraId="75E39D1A" w14:textId="77777777" w:rsidTr="00A82E18">
        <w:trPr>
          <w:trHeight w:hRule="exact" w:val="560"/>
        </w:trPr>
        <w:tc>
          <w:tcPr>
            <w:tcW w:w="10640" w:type="dxa"/>
            <w:shd w:val="clear" w:color="auto" w:fill="FEFCFC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447C76BA" w14:textId="77777777" w:rsidR="00A82E18" w:rsidRPr="0037510C" w:rsidRDefault="00A82E18" w:rsidP="00A82E18">
            <w:pPr>
              <w:spacing w:line="240" w:lineRule="exact"/>
              <w:rPr>
                <w:rFonts w:ascii="Libre Baskerville" w:hAnsi="Libre Baskerville"/>
              </w:rPr>
            </w:pPr>
          </w:p>
        </w:tc>
      </w:tr>
    </w:tbl>
    <w:p w14:paraId="348F1B27" w14:textId="1BF6D0B2" w:rsidR="00A36A08" w:rsidRPr="0037510C" w:rsidRDefault="00FC5D6D">
      <w:pPr>
        <w:spacing w:line="20" w:lineRule="exact"/>
        <w:rPr>
          <w:rFonts w:ascii="Libre Baskerville" w:hAnsi="Libre Baskerville"/>
        </w:rPr>
      </w:pPr>
      <w:r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78B146" wp14:editId="0F615F9D">
                <wp:simplePos x="0" y="0"/>
                <wp:positionH relativeFrom="page">
                  <wp:posOffset>1975449</wp:posOffset>
                </wp:positionH>
                <wp:positionV relativeFrom="page">
                  <wp:posOffset>9083615</wp:posOffset>
                </wp:positionV>
                <wp:extent cx="4066485" cy="292268"/>
                <wp:effectExtent l="0" t="0" r="10795" b="12700"/>
                <wp:wrapNone/>
                <wp:docPr id="1571608569" name="Form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6485" cy="2922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11097" w14:textId="77777777" w:rsidR="00FC5D6D" w:rsidRDefault="00FC5D6D" w:rsidP="00186B16">
                            <w:pPr>
                              <w:spacing w:line="207" w:lineRule="exact"/>
                              <w:jc w:val="center"/>
                              <w:rPr>
                                <w:rFonts w:eastAsia="Calibri" w:cs="Calibri"/>
                                <w:color w:val="DB5790"/>
                                <w:sz w:val="28"/>
                                <w:szCs w:val="36"/>
                              </w:rPr>
                            </w:pPr>
                          </w:p>
                          <w:p w14:paraId="3EF50E86" w14:textId="6A1A2818" w:rsidR="00D978F0" w:rsidRPr="00226E70" w:rsidRDefault="005760E8" w:rsidP="00186B16">
                            <w:pPr>
                              <w:spacing w:line="207" w:lineRule="exact"/>
                              <w:jc w:val="center"/>
                              <w:rPr>
                                <w:color w:val="DB5790"/>
                                <w:sz w:val="32"/>
                                <w:szCs w:val="36"/>
                              </w:rPr>
                            </w:pPr>
                            <w:r w:rsidRPr="00226E70">
                              <w:rPr>
                                <w:rFonts w:eastAsia="Calibri" w:cs="Calibri"/>
                                <w:color w:val="DB5790"/>
                                <w:sz w:val="28"/>
                                <w:szCs w:val="36"/>
                              </w:rPr>
                              <w:t>Questions? Call or text me at 573-579-1036.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8B146" id="FormShape44" o:spid="_x0000_s1046" style="position:absolute;margin-left:155.55pt;margin-top:715.25pt;width:320.2pt;height:23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" filled="f" stroked="f">
                <v:textbox inset="0,0,0,0">
                  <w:txbxContent>
                    <w:p w14:paraId="08811097" w14:textId="77777777" w:rsidR="00FC5D6D" w:rsidRDefault="00FC5D6D" w:rsidP="00186B16">
                      <w:pPr>
                        <w:spacing w:line="207" w:lineRule="exact"/>
                        <w:jc w:val="center"/>
                        <w:rPr>
                          <w:rFonts w:eastAsia="Calibri" w:cs="Calibri"/>
                          <w:color w:val="DB5790"/>
                          <w:sz w:val="28"/>
                          <w:szCs w:val="36"/>
                        </w:rPr>
                      </w:pPr>
                    </w:p>
                    <w:p w14:paraId="3EF50E86" w14:textId="6A1A2818" w:rsidR="00D978F0" w:rsidRPr="00226E70" w:rsidRDefault="005760E8" w:rsidP="00186B16">
                      <w:pPr>
                        <w:spacing w:line="207" w:lineRule="exact"/>
                        <w:jc w:val="center"/>
                        <w:rPr>
                          <w:color w:val="DB5790"/>
                          <w:sz w:val="32"/>
                          <w:szCs w:val="36"/>
                        </w:rPr>
                      </w:pPr>
                      <w:r w:rsidRPr="00226E70">
                        <w:rPr>
                          <w:rFonts w:eastAsia="Calibri" w:cs="Calibri"/>
                          <w:color w:val="DB5790"/>
                          <w:sz w:val="28"/>
                          <w:szCs w:val="36"/>
                        </w:rPr>
                        <w:t>Questions? Call or text me at 573-579-1036.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82E1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5EE314" wp14:editId="259DCFCC">
                <wp:simplePos x="0" y="0"/>
                <wp:positionH relativeFrom="page">
                  <wp:posOffset>2714625</wp:posOffset>
                </wp:positionH>
                <wp:positionV relativeFrom="page">
                  <wp:posOffset>9669476</wp:posOffset>
                </wp:positionV>
                <wp:extent cx="2343785" cy="171450"/>
                <wp:effectExtent l="0" t="0" r="18415" b="0"/>
                <wp:wrapNone/>
                <wp:docPr id="625432027" name="Form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78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DC2C77" w14:textId="77777777" w:rsidR="00D978F0" w:rsidRDefault="005760E8">
                            <w:pPr>
                              <w:spacing w:line="207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8"/>
                              </w:rPr>
                              <w:t>573-579-1036  |  SewMuchJoyQuiltCo@gmail.com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EE314" id="FormShape46" o:spid="_x0000_s1047" style="position:absolute;margin-left:213.75pt;margin-top:761.4pt;width:184.55pt;height:13.5pt;z-index:2516807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" filled="f" stroked="f">
                <v:textbox inset="0,0,0,0">
                  <w:txbxContent>
                    <w:p w14:paraId="57DC2C77" w14:textId="77777777" w:rsidR="00D978F0" w:rsidRDefault="005760E8">
                      <w:pPr>
                        <w:spacing w:line="207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8"/>
                        </w:rPr>
                        <w:t>573-579-1036  |  SewMuchJoyQuiltCo@gmail.com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82E1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35A098" wp14:editId="32397CB5">
                <wp:simplePos x="0" y="0"/>
                <wp:positionH relativeFrom="page">
                  <wp:posOffset>2801952</wp:posOffset>
                </wp:positionH>
                <wp:positionV relativeFrom="page">
                  <wp:posOffset>9526132</wp:posOffset>
                </wp:positionV>
                <wp:extent cx="2184400" cy="171450"/>
                <wp:effectExtent l="3175" t="4445" r="3175" b="0"/>
                <wp:wrapNone/>
                <wp:docPr id="2145896090" name="Form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EFE22" w14:textId="77777777" w:rsidR="00D978F0" w:rsidRDefault="005760E8">
                            <w:pPr>
                              <w:spacing w:line="207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8"/>
                              </w:rPr>
                              <w:t>Tina Almond  |  PO Box 967, Dexter, MO 63841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5A098" id="FormShape45" o:spid="_x0000_s1048" style="position:absolute;margin-left:220.65pt;margin-top:750.1pt;width:172pt;height:13.5pt;z-index:2516797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" filled="f" stroked="f">
                <v:textbox inset="0,0,0,0">
                  <w:txbxContent>
                    <w:p w14:paraId="270EFE22" w14:textId="77777777" w:rsidR="00D978F0" w:rsidRDefault="005760E8">
                      <w:pPr>
                        <w:spacing w:line="207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8"/>
                        </w:rPr>
                        <w:t>Tina Almond  |  PO Box 967, Dexter, MO 63841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82E1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3A337B" wp14:editId="6271FD0D">
                <wp:simplePos x="0" y="0"/>
                <wp:positionH relativeFrom="page">
                  <wp:posOffset>508000</wp:posOffset>
                </wp:positionH>
                <wp:positionV relativeFrom="page">
                  <wp:posOffset>9478838</wp:posOffset>
                </wp:positionV>
                <wp:extent cx="6756400" cy="0"/>
                <wp:effectExtent l="12700" t="6350" r="12700" b="12700"/>
                <wp:wrapNone/>
                <wp:docPr id="80056310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564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C1946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668D1C" id="Line 2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0pt,746.35pt" to="572pt,7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" strokecolor="#c19463" strokeweight=".6pt">
                <w10:wrap anchorx="page" anchory="page"/>
              </v:line>
            </w:pict>
          </mc:Fallback>
        </mc:AlternateContent>
      </w:r>
      <w:r w:rsidR="00A82E18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93783E" wp14:editId="4A05B8A2">
                <wp:simplePos x="0" y="0"/>
                <wp:positionH relativeFrom="page">
                  <wp:posOffset>508000</wp:posOffset>
                </wp:positionH>
                <wp:positionV relativeFrom="page">
                  <wp:posOffset>8475980</wp:posOffset>
                </wp:positionV>
                <wp:extent cx="2432685" cy="190500"/>
                <wp:effectExtent l="3175" t="0" r="2540" b="1270"/>
                <wp:wrapNone/>
                <wp:docPr id="1974753903" name="Form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268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BD591B" w14:textId="0267C61C" w:rsidR="00D978F0" w:rsidRPr="0034513C" w:rsidRDefault="005760E8">
                            <w:pPr>
                              <w:spacing w:line="230" w:lineRule="exact"/>
                              <w:rPr>
                                <w:rFonts w:ascii="Libre Baskerville" w:hAnsi="Libre Baskerville"/>
                                <w:color w:val="DB5790"/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34513C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szCs w:val="24"/>
                                <w:u w:val="single"/>
                              </w:rPr>
                              <w:t xml:space="preserve">Special instructions or </w:t>
                            </w:r>
                            <w:r w:rsidR="0037510C" w:rsidRPr="0034513C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szCs w:val="24"/>
                                <w:u w:val="single"/>
                              </w:rPr>
                              <w:t>A</w:t>
                            </w:r>
                            <w:r w:rsidRPr="0034513C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szCs w:val="24"/>
                                <w:u w:val="single"/>
                              </w:rPr>
                              <w:t xml:space="preserve">dditional </w:t>
                            </w:r>
                            <w:r w:rsidR="0037510C" w:rsidRPr="0034513C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szCs w:val="24"/>
                                <w:u w:val="single"/>
                              </w:rPr>
                              <w:t>P</w:t>
                            </w:r>
                            <w:r w:rsidRPr="0034513C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szCs w:val="24"/>
                                <w:u w:val="single"/>
                              </w:rPr>
                              <w:t>references</w:t>
                            </w:r>
                            <w:r w:rsidR="0037510C" w:rsidRPr="0034513C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93783E" id="FormShape43" o:spid="_x0000_s1049" style="position:absolute;margin-left:40pt;margin-top:667.4pt;width:191.55pt;height:15pt;z-index:25167769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" filled="f" stroked="f">
                <v:textbox inset="0,0,0,0">
                  <w:txbxContent>
                    <w:p w14:paraId="3ABD591B" w14:textId="0267C61C" w:rsidR="00D978F0" w:rsidRPr="0034513C" w:rsidRDefault="005760E8">
                      <w:pPr>
                        <w:spacing w:line="230" w:lineRule="exact"/>
                        <w:rPr>
                          <w:rFonts w:ascii="Libre Baskerville" w:hAnsi="Libre Baskerville"/>
                          <w:color w:val="DB5790"/>
                          <w:sz w:val="22"/>
                          <w:szCs w:val="24"/>
                          <w:u w:val="single"/>
                        </w:rPr>
                      </w:pPr>
                      <w:r w:rsidRPr="0034513C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szCs w:val="24"/>
                          <w:u w:val="single"/>
                        </w:rPr>
                        <w:t xml:space="preserve">Special instructions or </w:t>
                      </w:r>
                      <w:r w:rsidR="0037510C" w:rsidRPr="0034513C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szCs w:val="24"/>
                          <w:u w:val="single"/>
                        </w:rPr>
                        <w:t>A</w:t>
                      </w:r>
                      <w:r w:rsidRPr="0034513C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szCs w:val="24"/>
                          <w:u w:val="single"/>
                        </w:rPr>
                        <w:t xml:space="preserve">dditional </w:t>
                      </w:r>
                      <w:r w:rsidR="0037510C" w:rsidRPr="0034513C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szCs w:val="24"/>
                          <w:u w:val="single"/>
                        </w:rPr>
                        <w:t>P</w:t>
                      </w:r>
                      <w:r w:rsidRPr="0034513C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szCs w:val="24"/>
                          <w:u w:val="single"/>
                        </w:rPr>
                        <w:t>references</w:t>
                      </w:r>
                      <w:r w:rsidR="0037510C" w:rsidRPr="0034513C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szCs w:val="24"/>
                          <w:u w:val="single"/>
                        </w:rPr>
                        <w:t>: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D64D95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4D6D624" wp14:editId="588901AE">
                <wp:simplePos x="0" y="0"/>
                <wp:positionH relativeFrom="page">
                  <wp:posOffset>450022</wp:posOffset>
                </wp:positionH>
                <wp:positionV relativeFrom="page">
                  <wp:posOffset>1510140</wp:posOffset>
                </wp:positionV>
                <wp:extent cx="1449705" cy="209550"/>
                <wp:effectExtent l="1905" t="2540" r="0" b="0"/>
                <wp:wrapNone/>
                <wp:docPr id="794411156" name="Form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970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55C41" w14:textId="5E6DF503" w:rsidR="00D978F0" w:rsidRPr="00D64D95" w:rsidRDefault="0037510C">
                            <w:pPr>
                              <w:spacing w:line="253" w:lineRule="exact"/>
                              <w:rPr>
                                <w:rFonts w:ascii="Libre Baskerville" w:hAnsi="Libre Baskerville"/>
                                <w:color w:val="DB5790"/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4"/>
                                <w:szCs w:val="24"/>
                                <w:u w:val="single"/>
                              </w:rPr>
                              <w:t>Customer Information: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6D624" id="FormShape3" o:spid="_x0000_s1050" style="position:absolute;margin-left:35.45pt;margin-top:118.9pt;width:114.15pt;height:16.5pt;z-index:2516367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" filled="f" stroked="f">
                <v:textbox inset="0,0,0,0">
                  <w:txbxContent>
                    <w:p w14:paraId="27955C41" w14:textId="5E6DF503" w:rsidR="00D978F0" w:rsidRPr="00D64D95" w:rsidRDefault="0037510C">
                      <w:pPr>
                        <w:spacing w:line="253" w:lineRule="exact"/>
                        <w:rPr>
                          <w:rFonts w:ascii="Libre Baskerville" w:hAnsi="Libre Baskerville"/>
                          <w:color w:val="DB5790"/>
                          <w:sz w:val="22"/>
                          <w:szCs w:val="24"/>
                          <w:u w:val="single"/>
                        </w:rPr>
                      </w:pPr>
                      <w:r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4"/>
                          <w:szCs w:val="24"/>
                          <w:u w:val="single"/>
                        </w:rPr>
                        <w:t>Customer Information: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D64D95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4A7FD32" wp14:editId="1B126075">
                <wp:simplePos x="0" y="0"/>
                <wp:positionH relativeFrom="page">
                  <wp:posOffset>504107</wp:posOffset>
                </wp:positionH>
                <wp:positionV relativeFrom="page">
                  <wp:posOffset>4336001</wp:posOffset>
                </wp:positionV>
                <wp:extent cx="1615109" cy="209550"/>
                <wp:effectExtent l="0" t="0" r="4445" b="0"/>
                <wp:wrapNone/>
                <wp:docPr id="406258719" name="Form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5109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DC5468" w14:textId="0C59D6F1" w:rsidR="00D978F0" w:rsidRPr="00D64D95" w:rsidRDefault="005760E8">
                            <w:pPr>
                              <w:spacing w:line="253" w:lineRule="exact"/>
                              <w:rPr>
                                <w:rFonts w:ascii="Libre Baskerville" w:hAnsi="Libre Baskerville"/>
                                <w:color w:val="DB5790"/>
                                <w:u w:val="single"/>
                              </w:rPr>
                            </w:pPr>
                            <w:r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 xml:space="preserve">Quilting </w:t>
                            </w:r>
                            <w:r w:rsidR="0037510C"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P</w:t>
                            </w:r>
                            <w:r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reference</w:t>
                            </w:r>
                            <w:r w:rsidR="0037510C"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A7FD32" id="FormShape22" o:spid="_x0000_s1051" style="position:absolute;margin-left:39.7pt;margin-top:341.4pt;width:127.15pt;height:16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" filled="f" stroked="f">
                <v:textbox inset="0,0,0,0">
                  <w:txbxContent>
                    <w:p w14:paraId="0DDC5468" w14:textId="0C59D6F1" w:rsidR="00D978F0" w:rsidRPr="00D64D95" w:rsidRDefault="005760E8">
                      <w:pPr>
                        <w:spacing w:line="253" w:lineRule="exact"/>
                        <w:rPr>
                          <w:rFonts w:ascii="Libre Baskerville" w:hAnsi="Libre Baskerville"/>
                          <w:color w:val="DB5790"/>
                          <w:u w:val="single"/>
                        </w:rPr>
                      </w:pPr>
                      <w:r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 xml:space="preserve">Quilting </w:t>
                      </w:r>
                      <w:r w:rsidR="0037510C"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>P</w:t>
                      </w:r>
                      <w:r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>reference</w:t>
                      </w:r>
                      <w:r w:rsidR="0037510C"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>s: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D64D95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F93626" wp14:editId="2B0B1FBA">
                <wp:simplePos x="0" y="0"/>
                <wp:positionH relativeFrom="page">
                  <wp:posOffset>504107</wp:posOffset>
                </wp:positionH>
                <wp:positionV relativeFrom="page">
                  <wp:posOffset>6368995</wp:posOffset>
                </wp:positionV>
                <wp:extent cx="1321435" cy="209550"/>
                <wp:effectExtent l="0" t="0" r="12065" b="0"/>
                <wp:wrapNone/>
                <wp:docPr id="1857674826" name="Form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143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467C3" w14:textId="1D35AC25" w:rsidR="00D978F0" w:rsidRPr="00D64D95" w:rsidRDefault="005760E8">
                            <w:pPr>
                              <w:spacing w:line="253" w:lineRule="exact"/>
                              <w:rPr>
                                <w:rFonts w:ascii="Libre Baskerville" w:hAnsi="Libre Baskerville"/>
                                <w:color w:val="DB5790"/>
                              </w:rPr>
                            </w:pPr>
                            <w:r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 xml:space="preserve">Batting </w:t>
                            </w:r>
                            <w:r w:rsidR="00D64D95"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S</w:t>
                            </w:r>
                            <w:r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election</w:t>
                            </w:r>
                            <w:r w:rsidR="0037510C"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93626" id="FormShape31" o:spid="_x0000_s1052" style="position:absolute;margin-left:39.7pt;margin-top:501.5pt;width:104.0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" filled="f" stroked="f">
                <v:textbox inset="0,0,0,0">
                  <w:txbxContent>
                    <w:p w14:paraId="2B8467C3" w14:textId="1D35AC25" w:rsidR="00D978F0" w:rsidRPr="00D64D95" w:rsidRDefault="005760E8">
                      <w:pPr>
                        <w:spacing w:line="253" w:lineRule="exact"/>
                        <w:rPr>
                          <w:rFonts w:ascii="Libre Baskerville" w:hAnsi="Libre Baskerville"/>
                          <w:color w:val="DB5790"/>
                        </w:rPr>
                      </w:pPr>
                      <w:r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 xml:space="preserve">Batting </w:t>
                      </w:r>
                      <w:r w:rsidR="00D64D95"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>S</w:t>
                      </w:r>
                      <w:r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>election</w:t>
                      </w:r>
                      <w:r w:rsidR="0037510C"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</w:rPr>
                        <w:t>: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D64D95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C30DA5" wp14:editId="64CCF763">
                <wp:simplePos x="0" y="0"/>
                <wp:positionH relativeFrom="page">
                  <wp:posOffset>496156</wp:posOffset>
                </wp:positionH>
                <wp:positionV relativeFrom="page">
                  <wp:posOffset>7442421</wp:posOffset>
                </wp:positionV>
                <wp:extent cx="1626842" cy="209550"/>
                <wp:effectExtent l="0" t="0" r="12065" b="0"/>
                <wp:wrapNone/>
                <wp:docPr id="257951397" name="Form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6842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C52FE4" w14:textId="6F85BF4A" w:rsidR="00D978F0" w:rsidRPr="00D64D95" w:rsidRDefault="005760E8">
                            <w:pPr>
                              <w:spacing w:line="253" w:lineRule="exact"/>
                              <w:rPr>
                                <w:rFonts w:ascii="Libre Baskerville" w:hAnsi="Libre Baskerville"/>
                                <w:color w:val="DB5790"/>
                              </w:rPr>
                            </w:pPr>
                            <w:r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 xml:space="preserve">Additional </w:t>
                            </w:r>
                            <w:r w:rsidR="0037510C"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R</w:t>
                            </w:r>
                            <w:r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equests</w:t>
                            </w:r>
                            <w:r w:rsidR="0037510C" w:rsidRPr="00D64D95">
                              <w:rPr>
                                <w:rFonts w:ascii="Libre Baskerville" w:eastAsia="Calibri" w:hAnsi="Libre Baskerville" w:cs="Calibri"/>
                                <w:b/>
                                <w:color w:val="DB5790"/>
                                <w:sz w:val="2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30DA5" id="FormShape38" o:spid="_x0000_s1053" style="position:absolute;margin-left:39.05pt;margin-top:586pt;width:128.1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" filled="f" stroked="f">
                <v:textbox inset="0,0,0,0">
                  <w:txbxContent>
                    <w:p w14:paraId="7AC52FE4" w14:textId="6F85BF4A" w:rsidR="00D978F0" w:rsidRPr="00D64D95" w:rsidRDefault="005760E8">
                      <w:pPr>
                        <w:spacing w:line="253" w:lineRule="exact"/>
                        <w:rPr>
                          <w:rFonts w:ascii="Libre Baskerville" w:hAnsi="Libre Baskerville"/>
                          <w:color w:val="DB5790"/>
                        </w:rPr>
                      </w:pPr>
                      <w:r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 xml:space="preserve">Additional </w:t>
                      </w:r>
                      <w:r w:rsidR="0037510C"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>R</w:t>
                      </w:r>
                      <w:r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  <w:u w:val="single"/>
                        </w:rPr>
                        <w:t>equests</w:t>
                      </w:r>
                      <w:r w:rsidR="0037510C" w:rsidRPr="00D64D95">
                        <w:rPr>
                          <w:rFonts w:ascii="Libre Baskerville" w:eastAsia="Calibri" w:hAnsi="Libre Baskerville" w:cs="Calibri"/>
                          <w:b/>
                          <w:color w:val="DB5790"/>
                          <w:sz w:val="22"/>
                        </w:rPr>
                        <w:t>: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406EC6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193832" wp14:editId="263B827C">
                <wp:simplePos x="0" y="0"/>
                <wp:positionH relativeFrom="page">
                  <wp:posOffset>4845106</wp:posOffset>
                </wp:positionH>
                <wp:positionV relativeFrom="page">
                  <wp:posOffset>7919140</wp:posOffset>
                </wp:positionV>
                <wp:extent cx="1709531" cy="262393"/>
                <wp:effectExtent l="0" t="0" r="5080" b="4445"/>
                <wp:wrapNone/>
                <wp:docPr id="1554659487" name="Form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531" cy="2623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54F712" w14:textId="12ABF9DB" w:rsidR="00D978F0" w:rsidRPr="00406EC6" w:rsidRDefault="005760E8">
                            <w:pPr>
                              <w:spacing w:line="218" w:lineRule="exact"/>
                              <w:rPr>
                                <w:i/>
                                <w:iCs/>
                              </w:rPr>
                            </w:pPr>
                            <w:r w:rsidRPr="00406EC6">
                              <w:rPr>
                                <w:rFonts w:eastAsia="Calibri" w:cs="Calibri"/>
                                <w:i/>
                                <w:iCs/>
                                <w:color w:val="333333"/>
                                <w:sz w:val="19"/>
                              </w:rPr>
                              <w:t xml:space="preserve">Rush service requested </w:t>
                            </w:r>
                            <w:r w:rsidR="00406EC6">
                              <w:rPr>
                                <w:rFonts w:eastAsia="Calibri" w:cs="Calibri"/>
                                <w:i/>
                                <w:iCs/>
                                <w:color w:val="333333"/>
                                <w:sz w:val="19"/>
                              </w:rPr>
                              <w:t>(</w:t>
                            </w:r>
                            <w:r w:rsidR="00FE7198">
                              <w:rPr>
                                <w:rFonts w:eastAsia="Calibri" w:cs="Calibri"/>
                                <w:i/>
                                <w:iCs/>
                                <w:color w:val="333333"/>
                                <w:sz w:val="19"/>
                              </w:rPr>
                              <w:t>$25)</w:t>
                            </w:r>
                            <w:r w:rsidR="00406EC6" w:rsidRPr="00406EC6">
                              <w:rPr>
                                <w:rFonts w:eastAsia="Calibri" w:cs="Calibri"/>
                                <w:i/>
                                <w:iCs/>
                                <w:color w:val="333333"/>
                                <w:sz w:val="19"/>
                              </w:rPr>
                              <w:t xml:space="preserve">                 </w:t>
                            </w:r>
                            <w:r w:rsidRPr="00406EC6">
                              <w:rPr>
                                <w:rFonts w:eastAsia="Calibri" w:cs="Calibri"/>
                                <w:i/>
                                <w:iCs/>
                                <w:color w:val="333333"/>
                                <w:sz w:val="19"/>
                              </w:rPr>
                              <w:t>(7 days minimum for completion)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93832" id="FormShape41" o:spid="_x0000_s1054" style="position:absolute;margin-left:381.5pt;margin-top:623.55pt;width:134.6pt;height:20.6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" filled="f" stroked="f">
                <v:textbox inset="0,0,0,0">
                  <w:txbxContent>
                    <w:p w14:paraId="4954F712" w14:textId="12ABF9DB" w:rsidR="00D978F0" w:rsidRPr="00406EC6" w:rsidRDefault="005760E8">
                      <w:pPr>
                        <w:spacing w:line="218" w:lineRule="exact"/>
                        <w:rPr>
                          <w:i/>
                          <w:iCs/>
                        </w:rPr>
                      </w:pPr>
                      <w:r w:rsidRPr="00406EC6">
                        <w:rPr>
                          <w:rFonts w:eastAsia="Calibri" w:cs="Calibri"/>
                          <w:i/>
                          <w:iCs/>
                          <w:color w:val="333333"/>
                          <w:sz w:val="19"/>
                        </w:rPr>
                        <w:t xml:space="preserve">Rush service requested </w:t>
                      </w:r>
                      <w:r w:rsidR="00406EC6">
                        <w:rPr>
                          <w:rFonts w:eastAsia="Calibri" w:cs="Calibri"/>
                          <w:i/>
                          <w:iCs/>
                          <w:color w:val="333333"/>
                          <w:sz w:val="19"/>
                        </w:rPr>
                        <w:t>(</w:t>
                      </w:r>
                      <w:r w:rsidR="00FE7198">
                        <w:rPr>
                          <w:rFonts w:eastAsia="Calibri" w:cs="Calibri"/>
                          <w:i/>
                          <w:iCs/>
                          <w:color w:val="333333"/>
                          <w:sz w:val="19"/>
                        </w:rPr>
                        <w:t>$25)</w:t>
                      </w:r>
                      <w:r w:rsidR="00406EC6" w:rsidRPr="00406EC6">
                        <w:rPr>
                          <w:rFonts w:eastAsia="Calibri" w:cs="Calibri"/>
                          <w:i/>
                          <w:iCs/>
                          <w:color w:val="333333"/>
                          <w:sz w:val="19"/>
                        </w:rPr>
                        <w:t xml:space="preserve">                 </w:t>
                      </w:r>
                      <w:r w:rsidRPr="00406EC6">
                        <w:rPr>
                          <w:rFonts w:eastAsia="Calibri" w:cs="Calibri"/>
                          <w:i/>
                          <w:iCs/>
                          <w:color w:val="333333"/>
                          <w:sz w:val="19"/>
                        </w:rPr>
                        <w:t>(7 days minimum for completion)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406EC6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8DDE3B" wp14:editId="540989A4">
                <wp:simplePos x="0" y="0"/>
                <wp:positionH relativeFrom="page">
                  <wp:posOffset>557530</wp:posOffset>
                </wp:positionH>
                <wp:positionV relativeFrom="page">
                  <wp:posOffset>7970410</wp:posOffset>
                </wp:positionV>
                <wp:extent cx="1271905" cy="190500"/>
                <wp:effectExtent l="3175" t="0" r="1270" b="1270"/>
                <wp:wrapNone/>
                <wp:docPr id="2070456645" name="Form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190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A2C585" w14:textId="242551F3" w:rsidR="00D978F0" w:rsidRDefault="005760E8">
                            <w:pPr>
                              <w:spacing w:line="230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</w:rPr>
                              <w:t xml:space="preserve">Desired </w:t>
                            </w:r>
                            <w:r w:rsidR="00FE7198">
                              <w:rPr>
                                <w:rFonts w:eastAsia="Calibri" w:cs="Calibri"/>
                                <w:color w:val="333333"/>
                              </w:rPr>
                              <w:t>C</w:t>
                            </w:r>
                            <w:r>
                              <w:rPr>
                                <w:rFonts w:eastAsia="Calibri" w:cs="Calibri"/>
                                <w:color w:val="333333"/>
                              </w:rPr>
                              <w:t xml:space="preserve">ompletion </w:t>
                            </w:r>
                            <w:r w:rsidR="00406EC6">
                              <w:rPr>
                                <w:rFonts w:eastAsia="Calibri" w:cs="Calibri"/>
                                <w:color w:val="333333"/>
                              </w:rPr>
                              <w:t>D</w:t>
                            </w:r>
                            <w:r>
                              <w:rPr>
                                <w:rFonts w:eastAsia="Calibri" w:cs="Calibri"/>
                                <w:color w:val="333333"/>
                              </w:rPr>
                              <w:t>ate</w:t>
                            </w:r>
                            <w:r w:rsidR="00406EC6">
                              <w:rPr>
                                <w:rFonts w:eastAsia="Calibri" w:cs="Calibri"/>
                                <w:color w:val="333333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8DDE3B" id="FormShape42" o:spid="_x0000_s1055" style="position:absolute;margin-left:43.9pt;margin-top:627.6pt;width:100.15pt;height:15pt;z-index:2516766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" filled="f" stroked="f">
                <v:textbox inset="0,0,0,0">
                  <w:txbxContent>
                    <w:p w14:paraId="55A2C585" w14:textId="242551F3" w:rsidR="00D978F0" w:rsidRDefault="005760E8">
                      <w:pPr>
                        <w:spacing w:line="230" w:lineRule="exact"/>
                      </w:pPr>
                      <w:r>
                        <w:rPr>
                          <w:rFonts w:eastAsia="Calibri" w:cs="Calibri"/>
                          <w:color w:val="333333"/>
                        </w:rPr>
                        <w:t xml:space="preserve">Desired </w:t>
                      </w:r>
                      <w:r w:rsidR="00FE7198">
                        <w:rPr>
                          <w:rFonts w:eastAsia="Calibri" w:cs="Calibri"/>
                          <w:color w:val="333333"/>
                        </w:rPr>
                        <w:t>C</w:t>
                      </w:r>
                      <w:r>
                        <w:rPr>
                          <w:rFonts w:eastAsia="Calibri" w:cs="Calibri"/>
                          <w:color w:val="333333"/>
                        </w:rPr>
                        <w:t xml:space="preserve">ompletion </w:t>
                      </w:r>
                      <w:r w:rsidR="00406EC6">
                        <w:rPr>
                          <w:rFonts w:eastAsia="Calibri" w:cs="Calibri"/>
                          <w:color w:val="333333"/>
                        </w:rPr>
                        <w:t>D</w:t>
                      </w:r>
                      <w:r>
                        <w:rPr>
                          <w:rFonts w:eastAsia="Calibri" w:cs="Calibri"/>
                          <w:color w:val="333333"/>
                        </w:rPr>
                        <w:t>ate</w:t>
                      </w:r>
                      <w:r w:rsidR="00406EC6">
                        <w:rPr>
                          <w:rFonts w:eastAsia="Calibri" w:cs="Calibri"/>
                          <w:color w:val="333333"/>
                        </w:rPr>
                        <w:t>: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406EC6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3721D1" wp14:editId="0CF23412">
                <wp:simplePos x="0" y="0"/>
                <wp:positionH relativeFrom="page">
                  <wp:posOffset>2852116</wp:posOffset>
                </wp:positionH>
                <wp:positionV relativeFrom="page">
                  <wp:posOffset>7666355</wp:posOffset>
                </wp:positionV>
                <wp:extent cx="2016760" cy="180975"/>
                <wp:effectExtent l="0" t="0" r="2540" b="1270"/>
                <wp:wrapNone/>
                <wp:docPr id="90736757" name="Form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76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1D989B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Additional thread colors - describe below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721D1" id="FormShape40" o:spid="_x0000_s1056" style="position:absolute;margin-left:224.6pt;margin-top:603.65pt;width:158.8pt;height:14.25pt;z-index:25167462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" filled="f" stroked="f">
                <v:textbox inset="0,0,0,0">
                  <w:txbxContent>
                    <w:p w14:paraId="2E1D989B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Additional thread colors - describe below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406EC6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EF2A51" wp14:editId="42C441B3">
                <wp:simplePos x="0" y="0"/>
                <wp:positionH relativeFrom="page">
                  <wp:posOffset>723900</wp:posOffset>
                </wp:positionH>
                <wp:positionV relativeFrom="page">
                  <wp:posOffset>7666355</wp:posOffset>
                </wp:positionV>
                <wp:extent cx="1537335" cy="180975"/>
                <wp:effectExtent l="0" t="0" r="0" b="1270"/>
                <wp:wrapNone/>
                <wp:docPr id="309236981" name="Form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733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2F556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Backing piecing (up to 2 seams)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EF2A51" id="FormShape39" o:spid="_x0000_s1057" style="position:absolute;margin-left:57pt;margin-top:603.65pt;width:121.05pt;height:14.25pt;z-index:25167360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" filled="f" stroked="f">
                <v:textbox inset="0,0,0,0">
                  <w:txbxContent>
                    <w:p w14:paraId="0162F556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Backing piecing (up to 2 seams)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406EC6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91AE42" wp14:editId="2710834A">
                <wp:simplePos x="0" y="0"/>
                <wp:positionH relativeFrom="page">
                  <wp:posOffset>1918252</wp:posOffset>
                </wp:positionH>
                <wp:positionV relativeFrom="page">
                  <wp:posOffset>7072630</wp:posOffset>
                </wp:positionV>
                <wp:extent cx="1141730" cy="180975"/>
                <wp:effectExtent l="0" t="0" r="1270" b="4445"/>
                <wp:wrapNone/>
                <wp:docPr id="1594583253" name="Form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173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DC4B0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Quilters Dream Natural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1AE42" id="FormShape35" o:spid="_x0000_s1058" style="position:absolute;margin-left:151.05pt;margin-top:556.9pt;width:89.9pt;height:14.25pt;z-index:25166950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" filled="f" stroked="f">
                <v:textbox inset="0,0,0,0">
                  <w:txbxContent>
                    <w:p w14:paraId="03CDC4B0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Quilters Dream Natural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26E70"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6200896" wp14:editId="5F24B5BF">
                <wp:simplePos x="0" y="0"/>
                <wp:positionH relativeFrom="page">
                  <wp:posOffset>3335047</wp:posOffset>
                </wp:positionH>
                <wp:positionV relativeFrom="page">
                  <wp:posOffset>503306</wp:posOffset>
                </wp:positionV>
                <wp:extent cx="3243580" cy="323850"/>
                <wp:effectExtent l="0" t="2540" r="0" b="0"/>
                <wp:wrapNone/>
                <wp:docPr id="1220047074" name="Form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358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EE1BBE" w14:textId="6DD97A8C" w:rsidR="00D978F0" w:rsidRPr="0037510C" w:rsidRDefault="00226E70" w:rsidP="0037510C">
                            <w:pPr>
                              <w:spacing w:line="391" w:lineRule="exact"/>
                              <w:jc w:val="center"/>
                              <w:rPr>
                                <w:b/>
                                <w:bCs/>
                                <w:color w:val="DB5790"/>
                              </w:rPr>
                            </w:pPr>
                            <w:r>
                              <w:rPr>
                                <w:rFonts w:ascii="Georgia" w:eastAsia="Georgia" w:hAnsi="Georgia" w:cs="Georgia"/>
                                <w:b/>
                                <w:bCs/>
                                <w:color w:val="DB5790"/>
                                <w:sz w:val="34"/>
                              </w:rPr>
                              <w:t>Longarm Quilting</w:t>
                            </w:r>
                            <w:r w:rsidR="005022A8">
                              <w:rPr>
                                <w:rFonts w:ascii="Georgia" w:eastAsia="Georgia" w:hAnsi="Georgia" w:cs="Georgia"/>
                                <w:b/>
                                <w:bCs/>
                                <w:color w:val="DB5790"/>
                                <w:sz w:val="34"/>
                              </w:rPr>
                              <w:t xml:space="preserve"> Request Form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00896" id="FormShape1" o:spid="_x0000_s1059" style="position:absolute;margin-left:262.6pt;margin-top:39.65pt;width:255.4pt;height:25.5pt;z-index:2516346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" filled="f" stroked="f">
                <v:textbox inset="0,0,0,0">
                  <w:txbxContent>
                    <w:p w14:paraId="31EE1BBE" w14:textId="6DD97A8C" w:rsidR="00D978F0" w:rsidRPr="0037510C" w:rsidRDefault="00226E70" w:rsidP="0037510C">
                      <w:pPr>
                        <w:spacing w:line="391" w:lineRule="exact"/>
                        <w:jc w:val="center"/>
                        <w:rPr>
                          <w:b/>
                          <w:bCs/>
                          <w:color w:val="DB5790"/>
                        </w:rPr>
                      </w:pPr>
                      <w:r>
                        <w:rPr>
                          <w:rFonts w:ascii="Georgia" w:eastAsia="Georgia" w:hAnsi="Georgia" w:cs="Georgia"/>
                          <w:b/>
                          <w:bCs/>
                          <w:color w:val="DB5790"/>
                          <w:sz w:val="34"/>
                        </w:rPr>
                        <w:t>Longarm Quilting</w:t>
                      </w:r>
                      <w:r w:rsidR="005022A8">
                        <w:rPr>
                          <w:rFonts w:ascii="Georgia" w:eastAsia="Georgia" w:hAnsi="Georgia" w:cs="Georgia"/>
                          <w:b/>
                          <w:bCs/>
                          <w:color w:val="DB5790"/>
                          <w:sz w:val="34"/>
                        </w:rPr>
                        <w:t xml:space="preserve"> Request Form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7510C" w:rsidRPr="0037510C">
        <w:rPr>
          <w:rFonts w:ascii="Libre Baskerville" w:hAnsi="Libre Baskerville"/>
        </w:rPr>
        <w:t>:</w:t>
      </w:r>
    </w:p>
    <w:tbl>
      <w:tblPr>
        <w:tblpPr w:vertAnchor="page" w:horzAnchor="page" w:tblpX="1600" w:tblpY="3300"/>
        <w:tblW w:w="330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3300"/>
      </w:tblGrid>
      <w:tr w:rsidR="00A36A08" w:rsidRPr="0037510C" w14:paraId="446CFF7B" w14:textId="77777777" w:rsidTr="00220F9B">
        <w:trPr>
          <w:trHeight w:hRule="exact" w:val="380"/>
        </w:trPr>
        <w:tc>
          <w:tcPr>
            <w:tcW w:w="3300" w:type="dxa"/>
            <w:shd w:val="clear" w:color="auto" w:fill="FEFCFC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71116C19" w14:textId="77777777" w:rsidR="00A36A08" w:rsidRPr="0037510C" w:rsidRDefault="00A36A08" w:rsidP="00220F9B">
            <w:pPr>
              <w:spacing w:line="240" w:lineRule="exact"/>
              <w:rPr>
                <w:rFonts w:ascii="Libre Baskerville" w:hAnsi="Libre Baskerville"/>
              </w:rPr>
            </w:pPr>
          </w:p>
        </w:tc>
      </w:tr>
    </w:tbl>
    <w:tbl>
      <w:tblPr>
        <w:tblpPr w:vertAnchor="page" w:horzAnchor="page" w:tblpX="6920" w:tblpY="11016"/>
        <w:tblW w:w="3090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3090"/>
      </w:tblGrid>
      <w:tr w:rsidR="00EB0606" w:rsidRPr="0037510C" w14:paraId="6E944F38" w14:textId="77777777" w:rsidTr="00EB0606">
        <w:trPr>
          <w:trHeight w:hRule="exact" w:val="393"/>
        </w:trPr>
        <w:tc>
          <w:tcPr>
            <w:tcW w:w="3090" w:type="dxa"/>
            <w:shd w:val="clear" w:color="auto" w:fill="FEFCFC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3BB01EA4" w14:textId="77777777" w:rsidR="00EB0606" w:rsidRPr="0037510C" w:rsidRDefault="00EB0606" w:rsidP="00EB0606">
            <w:pPr>
              <w:spacing w:line="240" w:lineRule="exact"/>
              <w:rPr>
                <w:rFonts w:ascii="Libre Baskerville" w:hAnsi="Libre Baskerville"/>
              </w:rPr>
            </w:pPr>
          </w:p>
        </w:tc>
      </w:tr>
    </w:tbl>
    <w:p w14:paraId="0A6E778D" w14:textId="0CB002A5" w:rsidR="00D978F0" w:rsidRPr="0037510C" w:rsidRDefault="00EB0606">
      <w:pPr>
        <w:spacing w:line="20" w:lineRule="exact"/>
        <w:rPr>
          <w:rFonts w:ascii="Libre Baskerville" w:hAnsi="Libre Baskerville"/>
        </w:rPr>
      </w:pPr>
      <w:r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ED789C1" wp14:editId="631BCD69">
                <wp:simplePos x="0" y="0"/>
                <wp:positionH relativeFrom="page">
                  <wp:posOffset>528765</wp:posOffset>
                </wp:positionH>
                <wp:positionV relativeFrom="page">
                  <wp:posOffset>3448776</wp:posOffset>
                </wp:positionV>
                <wp:extent cx="6682633" cy="248747"/>
                <wp:effectExtent l="0" t="0" r="4445" b="18415"/>
                <wp:wrapNone/>
                <wp:docPr id="898697393" name="Form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2633" cy="2487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224B57" w14:textId="3A3B5809" w:rsidR="00D978F0" w:rsidRPr="00D64D95" w:rsidRDefault="005760E8">
                            <w:pPr>
                              <w:spacing w:line="253" w:lineRule="exact"/>
                              <w:rPr>
                                <w:rFonts w:ascii="Libre Baskerville" w:hAnsi="Libre Baskerville" w:cs="Cormorant Garamond"/>
                                <w:color w:val="DB5790"/>
                                <w:u w:val="single"/>
                              </w:rPr>
                            </w:pPr>
                            <w:r w:rsidRPr="00D64D95">
                              <w:rPr>
                                <w:rFonts w:ascii="Libre Baskerville" w:eastAsia="Calibri" w:hAnsi="Libre Baskerville" w:cs="Cormorant Garamond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Backing</w:t>
                            </w:r>
                            <w:r w:rsidR="0037510C" w:rsidRPr="00D64D95">
                              <w:rPr>
                                <w:rFonts w:ascii="Libre Baskerville" w:eastAsia="Calibri" w:hAnsi="Libre Baskerville" w:cs="Cormorant Garamond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:</w:t>
                            </w:r>
                            <w:r w:rsidR="00896AB6">
                              <w:rPr>
                                <w:rFonts w:ascii="Libre Baskerville" w:eastAsia="Calibri" w:hAnsi="Libre Baskerville" w:cs="Cormorant Garamond"/>
                                <w:b/>
                                <w:color w:val="DB5790"/>
                                <w:sz w:val="22"/>
                                <w:u w:val="single"/>
                              </w:rPr>
                              <w:t xml:space="preserve"> (must be 8” </w:t>
                            </w:r>
                            <w:r w:rsidR="004F515B">
                              <w:rPr>
                                <w:rFonts w:ascii="Libre Baskerville" w:eastAsia="Calibri" w:hAnsi="Libre Baskerville" w:cs="Cormorant Garamond"/>
                                <w:b/>
                                <w:color w:val="DB5790"/>
                                <w:sz w:val="22"/>
                                <w:u w:val="single"/>
                              </w:rPr>
                              <w:t>wider and 8” longer than quilt top)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789C1" id="FormShape12" o:spid="_x0000_s1060" style="position:absolute;margin-left:41.65pt;margin-top:271.55pt;width:526.2pt;height:19.6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" filled="f" stroked="f">
                <v:textbox inset="0,0,0,0">
                  <w:txbxContent>
                    <w:p w14:paraId="33224B57" w14:textId="3A3B5809" w:rsidR="00D978F0" w:rsidRPr="00D64D95" w:rsidRDefault="005760E8">
                      <w:pPr>
                        <w:spacing w:line="253" w:lineRule="exact"/>
                        <w:rPr>
                          <w:rFonts w:ascii="Libre Baskerville" w:hAnsi="Libre Baskerville" w:cs="Cormorant Garamond"/>
                          <w:color w:val="DB5790"/>
                          <w:u w:val="single"/>
                        </w:rPr>
                      </w:pPr>
                      <w:r w:rsidRPr="00D64D95">
                        <w:rPr>
                          <w:rFonts w:ascii="Libre Baskerville" w:eastAsia="Calibri" w:hAnsi="Libre Baskerville" w:cs="Cormorant Garamond"/>
                          <w:b/>
                          <w:color w:val="DB5790"/>
                          <w:sz w:val="22"/>
                          <w:u w:val="single"/>
                        </w:rPr>
                        <w:t>Backing</w:t>
                      </w:r>
                      <w:r w:rsidR="0037510C" w:rsidRPr="00D64D95">
                        <w:rPr>
                          <w:rFonts w:ascii="Libre Baskerville" w:eastAsia="Calibri" w:hAnsi="Libre Baskerville" w:cs="Cormorant Garamond"/>
                          <w:b/>
                          <w:color w:val="DB5790"/>
                          <w:sz w:val="22"/>
                          <w:u w:val="single"/>
                        </w:rPr>
                        <w:t>:</w:t>
                      </w:r>
                      <w:r w:rsidR="00896AB6">
                        <w:rPr>
                          <w:rFonts w:ascii="Libre Baskerville" w:eastAsia="Calibri" w:hAnsi="Libre Baskerville" w:cs="Cormorant Garamond"/>
                          <w:b/>
                          <w:color w:val="DB5790"/>
                          <w:sz w:val="22"/>
                          <w:u w:val="single"/>
                        </w:rPr>
                        <w:t xml:space="preserve"> (must be 8” </w:t>
                      </w:r>
                      <w:r w:rsidR="004F515B">
                        <w:rPr>
                          <w:rFonts w:ascii="Libre Baskerville" w:eastAsia="Calibri" w:hAnsi="Libre Baskerville" w:cs="Cormorant Garamond"/>
                          <w:b/>
                          <w:color w:val="DB5790"/>
                          <w:sz w:val="22"/>
                          <w:u w:val="single"/>
                        </w:rPr>
                        <w:t>wider and 8” longer than quilt top)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29D3932" wp14:editId="3A3B8B7E">
                <wp:simplePos x="0" y="0"/>
                <wp:positionH relativeFrom="page">
                  <wp:posOffset>2902585</wp:posOffset>
                </wp:positionH>
                <wp:positionV relativeFrom="page">
                  <wp:posOffset>3976370</wp:posOffset>
                </wp:positionV>
                <wp:extent cx="141605" cy="180975"/>
                <wp:effectExtent l="0" t="0" r="10795" b="9525"/>
                <wp:wrapNone/>
                <wp:docPr id="716074580" name="Form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E0FB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9D3932" id="FormShape21" o:spid="_x0000_s1061" style="position:absolute;margin-left:228.55pt;margin-top:313.1pt;width:11.15pt;height:14.25pt;z-index:2516551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" filled="f" stroked="f">
                <v:textbox inset="0,0,0,0">
                  <w:txbxContent>
                    <w:p w14:paraId="27D2E0FB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No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63E7AE4" wp14:editId="30A4B835">
                <wp:simplePos x="0" y="0"/>
                <wp:positionH relativeFrom="page">
                  <wp:posOffset>2077085</wp:posOffset>
                </wp:positionH>
                <wp:positionV relativeFrom="page">
                  <wp:posOffset>3696335</wp:posOffset>
                </wp:positionV>
                <wp:extent cx="166370" cy="180975"/>
                <wp:effectExtent l="0" t="1905" r="0" b="0"/>
                <wp:wrapNone/>
                <wp:docPr id="692569501" name="Form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453BD0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E7AE4" id="FormShape14" o:spid="_x0000_s1062" style="position:absolute;margin-left:163.55pt;margin-top:291.05pt;width:13.1pt;height:14.25pt;z-index:25164800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" filled="f" stroked="f">
                <v:textbox inset="0,0,0,0">
                  <w:txbxContent>
                    <w:p w14:paraId="01453BD0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Yes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5FD3C98" wp14:editId="642D15A8">
                <wp:simplePos x="0" y="0"/>
                <wp:positionH relativeFrom="page">
                  <wp:posOffset>2902585</wp:posOffset>
                </wp:positionH>
                <wp:positionV relativeFrom="page">
                  <wp:posOffset>3696335</wp:posOffset>
                </wp:positionV>
                <wp:extent cx="141605" cy="180975"/>
                <wp:effectExtent l="3175" t="1905" r="0" b="0"/>
                <wp:wrapNone/>
                <wp:docPr id="1637421104" name="Form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E3343E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D3C98" id="FormShape15" o:spid="_x0000_s1063" style="position:absolute;margin-left:228.55pt;margin-top:291.05pt;width:11.15pt;height:14.25pt;z-index:25164902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" filled="f" stroked="f">
                <v:textbox inset="0,0,0,0">
                  <w:txbxContent>
                    <w:p w14:paraId="1CE3343E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No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CC1D1E0" wp14:editId="32EA9658">
                <wp:simplePos x="0" y="0"/>
                <wp:positionH relativeFrom="page">
                  <wp:posOffset>2077085</wp:posOffset>
                </wp:positionH>
                <wp:positionV relativeFrom="page">
                  <wp:posOffset>3976700</wp:posOffset>
                </wp:positionV>
                <wp:extent cx="166370" cy="180975"/>
                <wp:effectExtent l="0" t="0" r="5080" b="9525"/>
                <wp:wrapNone/>
                <wp:docPr id="2093638565" name="Form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18A9CE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1D1E0" id="FormShape20" o:spid="_x0000_s1064" style="position:absolute;margin-left:163.55pt;margin-top:313.15pt;width:13.1pt;height:14.25pt;z-index:2516541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" filled="f" stroked="f">
                <v:textbox inset="0,0,0,0">
                  <w:txbxContent>
                    <w:p w14:paraId="5E18A9CE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Yes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DCC6B55" wp14:editId="5D63FE8D">
                <wp:simplePos x="0" y="0"/>
                <wp:positionH relativeFrom="page">
                  <wp:posOffset>519876</wp:posOffset>
                </wp:positionH>
                <wp:positionV relativeFrom="page">
                  <wp:posOffset>3700079</wp:posOffset>
                </wp:positionV>
                <wp:extent cx="1001395" cy="180975"/>
                <wp:effectExtent l="3175" t="1905" r="0" b="0"/>
                <wp:wrapNone/>
                <wp:docPr id="799721999" name="Form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139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30675E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Is backing provided?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C6B55" id="FormShape13" o:spid="_x0000_s1065" style="position:absolute;margin-left:40.95pt;margin-top:291.35pt;width:78.85pt;height:14.25pt;z-index:25164697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" filled="f" stroked="f">
                <v:textbox inset="0,0,0,0">
                  <w:txbxContent>
                    <w:p w14:paraId="3430675E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Is backing provided?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4218E5" wp14:editId="60294D93">
                <wp:simplePos x="0" y="0"/>
                <wp:positionH relativeFrom="page">
                  <wp:posOffset>520824</wp:posOffset>
                </wp:positionH>
                <wp:positionV relativeFrom="page">
                  <wp:posOffset>3980559</wp:posOffset>
                </wp:positionV>
                <wp:extent cx="781050" cy="180975"/>
                <wp:effectExtent l="3175" t="0" r="0" b="1270"/>
                <wp:wrapNone/>
                <wp:docPr id="59370278" name="Form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ED941" w14:textId="77777777" w:rsidR="00D978F0" w:rsidRDefault="005760E8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>Is it directional?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218E5" id="FormShape19" o:spid="_x0000_s1066" style="position:absolute;margin-left:41pt;margin-top:313.45pt;width:61.5pt;height:14.25pt;z-index:25165312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" filled="f" stroked="f">
                <v:textbox inset="0,0,0,0">
                  <w:txbxContent>
                    <w:p w14:paraId="34CED941" w14:textId="77777777" w:rsidR="00D978F0" w:rsidRDefault="005760E8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>Is it directional?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37510C">
        <w:rPr>
          <w:rFonts w:ascii="Libre Baskerville" w:hAnsi="Libre Baskerville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A5127D" wp14:editId="4F87881D">
                <wp:simplePos x="0" y="0"/>
                <wp:positionH relativeFrom="page">
                  <wp:posOffset>3428060</wp:posOffset>
                </wp:positionH>
                <wp:positionV relativeFrom="page">
                  <wp:posOffset>7054215</wp:posOffset>
                </wp:positionV>
                <wp:extent cx="286385" cy="180975"/>
                <wp:effectExtent l="0" t="0" r="0" b="1270"/>
                <wp:wrapNone/>
                <wp:docPr id="252938936" name="Form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9F58A" w14:textId="200C2211" w:rsidR="00D978F0" w:rsidRDefault="00EB0606">
                            <w:pPr>
                              <w:spacing w:line="218" w:lineRule="exact"/>
                            </w:pPr>
                            <w:r>
                              <w:rPr>
                                <w:rFonts w:eastAsia="Calibri" w:cs="Calibri"/>
                                <w:color w:val="333333"/>
                                <w:sz w:val="19"/>
                              </w:rPr>
                              <w:t xml:space="preserve">Help me choose:  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5127D" id="FormShape37" o:spid="_x0000_s1067" style="position:absolute;margin-left:269.95pt;margin-top:555.45pt;width:22.55pt;height:14.25pt;z-index:2516715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" filled="f" stroked="f">
                <v:textbox inset="0,0,0,0">
                  <w:txbxContent>
                    <w:p w14:paraId="1179F58A" w14:textId="200C2211" w:rsidR="00D978F0" w:rsidRDefault="00EB0606">
                      <w:pPr>
                        <w:spacing w:line="218" w:lineRule="exact"/>
                      </w:pPr>
                      <w:r>
                        <w:rPr>
                          <w:rFonts w:eastAsia="Calibri" w:cs="Calibri"/>
                          <w:color w:val="333333"/>
                          <w:sz w:val="19"/>
                        </w:rPr>
                        <w:t xml:space="preserve">Help me choose: 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36A08" w:rsidRPr="00A36A08">
        <w:rPr>
          <w:rFonts w:ascii="Libre Baskerville" w:hAnsi="Libre Baskerville"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213A00F" wp14:editId="713318A6">
                <wp:simplePos x="0" y="0"/>
                <wp:positionH relativeFrom="column">
                  <wp:posOffset>882015</wp:posOffset>
                </wp:positionH>
                <wp:positionV relativeFrom="paragraph">
                  <wp:posOffset>1238885</wp:posOffset>
                </wp:positionV>
                <wp:extent cx="3321050" cy="275590"/>
                <wp:effectExtent l="0" t="0" r="1270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A90B4" w14:textId="7984C567" w:rsidR="00A36A08" w:rsidRDefault="00A36A08" w:rsidP="00A36A08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13A0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71" type="#_x0000_t202" style="position:absolute;margin-left:69.45pt;margin-top:97.55pt;width:261.5pt;height:21.7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">
                <v:textbox>
                  <w:txbxContent>
                    <w:p w14:paraId="2FAA90B4" w14:textId="7984C567" w:rsidR="00A36A08" w:rsidRDefault="00A36A08" w:rsidP="00A36A08">
                      <w:pPr>
                        <w:spacing w:line="240" w:lineRule="exac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978F0" w:rsidRPr="0037510C" w:rsidSect="00A82E18">
      <w:pgSz w:w="12240" w:h="15840"/>
      <w:pgMar w:top="173" w:right="173" w:bottom="288" w:left="17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ibre Baskerville">
    <w:panose1 w:val="02000000000000000000"/>
    <w:charset w:val="00"/>
    <w:family w:val="auto"/>
    <w:pitch w:val="variable"/>
    <w:sig w:usb0="A00000FF" w:usb1="5000005B" w:usb2="00000000" w:usb3="00000000" w:csb0="00000093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morant Garamond">
    <w:panose1 w:val="00000000000000000000"/>
    <w:charset w:val="00"/>
    <w:family w:val="auto"/>
    <w:pitch w:val="variable"/>
    <w:sig w:usb0="A10002FF" w:usb1="0001E07B" w:usb2="00000028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368870">
    <w:abstractNumId w:val="8"/>
  </w:num>
  <w:num w:numId="2" w16cid:durableId="1450511648">
    <w:abstractNumId w:val="6"/>
  </w:num>
  <w:num w:numId="3" w16cid:durableId="552892021">
    <w:abstractNumId w:val="5"/>
  </w:num>
  <w:num w:numId="4" w16cid:durableId="666782603">
    <w:abstractNumId w:val="4"/>
  </w:num>
  <w:num w:numId="5" w16cid:durableId="928661608">
    <w:abstractNumId w:val="7"/>
  </w:num>
  <w:num w:numId="6" w16cid:durableId="285234384">
    <w:abstractNumId w:val="3"/>
  </w:num>
  <w:num w:numId="7" w16cid:durableId="463079422">
    <w:abstractNumId w:val="2"/>
  </w:num>
  <w:num w:numId="8" w16cid:durableId="2121103895">
    <w:abstractNumId w:val="1"/>
  </w:num>
  <w:num w:numId="9" w16cid:durableId="1403527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496"/>
    <w:rsid w:val="00013EBB"/>
    <w:rsid w:val="00034616"/>
    <w:rsid w:val="0006063C"/>
    <w:rsid w:val="000B033B"/>
    <w:rsid w:val="0014745D"/>
    <w:rsid w:val="0015074B"/>
    <w:rsid w:val="00186B16"/>
    <w:rsid w:val="00226E70"/>
    <w:rsid w:val="0029639D"/>
    <w:rsid w:val="002F50BD"/>
    <w:rsid w:val="00326F90"/>
    <w:rsid w:val="0034513C"/>
    <w:rsid w:val="00350DC8"/>
    <w:rsid w:val="0037510C"/>
    <w:rsid w:val="00390498"/>
    <w:rsid w:val="00406EC6"/>
    <w:rsid w:val="004D4D22"/>
    <w:rsid w:val="004F079C"/>
    <w:rsid w:val="004F515B"/>
    <w:rsid w:val="005022A8"/>
    <w:rsid w:val="005760E8"/>
    <w:rsid w:val="00896AB6"/>
    <w:rsid w:val="008B10FD"/>
    <w:rsid w:val="00A36A08"/>
    <w:rsid w:val="00A82E18"/>
    <w:rsid w:val="00AA1D8D"/>
    <w:rsid w:val="00AB6087"/>
    <w:rsid w:val="00B21D2F"/>
    <w:rsid w:val="00B47730"/>
    <w:rsid w:val="00CB0664"/>
    <w:rsid w:val="00D64D95"/>
    <w:rsid w:val="00D978F0"/>
    <w:rsid w:val="00EB0606"/>
    <w:rsid w:val="00FC5D6D"/>
    <w:rsid w:val="00FC693F"/>
    <w:rsid w:val="00FE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05BF53"/>
  <w14:defaultImageDpi w14:val="300"/>
  <w15:docId w15:val="{0B852693-EB54-4EFA-85EF-67E95DDA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Sew Much Joy Quilt Co Customer Selection Form</dc:title>
  <dc:subject>Editable form matching the approved PDF layout</dc:subject>
  <dc:creator>Tina Almond</dc:creator>
  <cp:keywords/>
  <dc:description>generated by python-docx</dc:description>
  <cp:lastModifiedBy>Tina Almond</cp:lastModifiedBy>
  <cp:revision>21</cp:revision>
  <cp:lastPrinted>2026-09-29T18:05:00Z</cp:lastPrinted>
  <dcterms:created xsi:type="dcterms:W3CDTF">2026-09-29T18:02:00Z</dcterms:created>
  <dcterms:modified xsi:type="dcterms:W3CDTF">2026-10-28T15:13:00Z</dcterms:modified>
  <cp:category/>
</cp:coreProperties>
</file>