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422FD" w14:textId="0157139D" w:rsidR="00AE5A62" w:rsidRDefault="006A6B30" w:rsidP="00AE5A62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2F23CB" wp14:editId="5F2949BC">
            <wp:simplePos x="504825" y="323850"/>
            <wp:positionH relativeFrom="column">
              <wp:align>left</wp:align>
            </wp:positionH>
            <wp:positionV relativeFrom="paragraph">
              <wp:align>top</wp:align>
            </wp:positionV>
            <wp:extent cx="2162810" cy="1019175"/>
            <wp:effectExtent l="0" t="0" r="8890" b="0"/>
            <wp:wrapSquare wrapText="bothSides"/>
            <wp:docPr id="1" name="Picture 1" descr="Sew Much Joy Quilt C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no-byline.png"/>
                    <pic:cNvPicPr/>
                  </pic:nvPicPr>
                  <pic:blipFill>
                    <a:blip r:embed="rId8">
                      <a:clrChange>
                        <a:clrFrom>
                          <a:srgbClr val="FDFCFA"/>
                        </a:clrFrom>
                        <a:clrTo>
                          <a:srgbClr val="FDFCFA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703" cy="1020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C8BA5" w14:textId="53A6C832" w:rsidR="006F4D36" w:rsidRDefault="00AE5A62" w:rsidP="00D877A2">
      <w:pPr>
        <w:tabs>
          <w:tab w:val="left" w:pos="2370"/>
        </w:tabs>
        <w:spacing w:after="0"/>
        <w:jc w:val="center"/>
        <w:rPr>
          <w:rFonts w:ascii="Cambria" w:hAnsi="Cambria"/>
          <w:b/>
          <w:bCs/>
          <w:color w:val="DB5790"/>
          <w:sz w:val="36"/>
          <w:szCs w:val="52"/>
        </w:rPr>
      </w:pPr>
      <w:r w:rsidRPr="00D877A2">
        <w:rPr>
          <w:rFonts w:ascii="Cambria" w:hAnsi="Cambria"/>
          <w:b/>
          <w:bCs/>
          <w:color w:val="DB5790"/>
          <w:sz w:val="48"/>
          <w:szCs w:val="96"/>
        </w:rPr>
        <w:t>Longarm Quilting Pricing</w:t>
      </w:r>
    </w:p>
    <w:p w14:paraId="2F6928C1" w14:textId="77777777" w:rsidR="00AE5A62" w:rsidRDefault="00AE5A62" w:rsidP="00AE5A62">
      <w:pPr>
        <w:tabs>
          <w:tab w:val="left" w:pos="2370"/>
        </w:tabs>
        <w:spacing w:after="0"/>
        <w:rPr>
          <w:rFonts w:ascii="Cambria" w:hAnsi="Cambria"/>
          <w:b/>
          <w:bCs/>
          <w:color w:val="DB5790"/>
          <w:sz w:val="36"/>
          <w:szCs w:val="52"/>
        </w:rPr>
      </w:pPr>
    </w:p>
    <w:p w14:paraId="58C8D423" w14:textId="77777777" w:rsidR="00AE5A62" w:rsidRDefault="00AE5A62" w:rsidP="00AE5A62">
      <w:pPr>
        <w:spacing w:after="0"/>
        <w:rPr>
          <w:rFonts w:ascii="Cambria" w:hAnsi="Cambria"/>
          <w:b/>
          <w:bCs/>
          <w:color w:val="DB5790"/>
          <w:sz w:val="36"/>
          <w:szCs w:val="52"/>
        </w:rPr>
      </w:pPr>
    </w:p>
    <w:p w14:paraId="3C97C153" w14:textId="77777777" w:rsidR="00EC7FAE" w:rsidRDefault="00AE5A62" w:rsidP="006262C8">
      <w:pPr>
        <w:spacing w:after="0"/>
        <w:jc w:val="center"/>
        <w:rPr>
          <w:sz w:val="32"/>
          <w:szCs w:val="32"/>
        </w:rPr>
      </w:pPr>
      <w:r w:rsidRPr="006262C8">
        <w:rPr>
          <w:sz w:val="32"/>
          <w:szCs w:val="32"/>
        </w:rPr>
        <w:t xml:space="preserve">Standard Turnaround:  3-4 weeks.  </w:t>
      </w:r>
    </w:p>
    <w:p w14:paraId="3B57D307" w14:textId="6B41BAC3" w:rsidR="00AE5A62" w:rsidRPr="006262C8" w:rsidRDefault="00AE5A62" w:rsidP="006262C8">
      <w:pPr>
        <w:spacing w:after="0"/>
        <w:jc w:val="center"/>
        <w:rPr>
          <w:sz w:val="32"/>
          <w:szCs w:val="32"/>
        </w:rPr>
      </w:pPr>
      <w:r w:rsidRPr="006262C8">
        <w:rPr>
          <w:sz w:val="32"/>
          <w:szCs w:val="32"/>
        </w:rPr>
        <w:t xml:space="preserve">Payment </w:t>
      </w:r>
      <w:r w:rsidR="00D877A2" w:rsidRPr="006262C8">
        <w:rPr>
          <w:sz w:val="32"/>
          <w:szCs w:val="32"/>
        </w:rPr>
        <w:t>is due</w:t>
      </w:r>
      <w:r w:rsidRPr="006262C8">
        <w:rPr>
          <w:sz w:val="32"/>
          <w:szCs w:val="32"/>
        </w:rPr>
        <w:t xml:space="preserve"> at time of pickup.</w:t>
      </w:r>
      <w:r w:rsidR="00EC7FAE">
        <w:rPr>
          <w:sz w:val="32"/>
          <w:szCs w:val="32"/>
        </w:rPr>
        <w:t xml:space="preserve"> (Cash; Check; Venmo; Apple Pay all fine)</w:t>
      </w:r>
    </w:p>
    <w:p w14:paraId="7094BEC8" w14:textId="77777777" w:rsidR="00AE5A62" w:rsidRPr="00AE5A62" w:rsidRDefault="00AE5A62" w:rsidP="00AE5A62">
      <w:pPr>
        <w:tabs>
          <w:tab w:val="left" w:pos="2370"/>
        </w:tabs>
        <w:spacing w:after="0"/>
        <w:rPr>
          <w:rFonts w:ascii="Cambria" w:hAnsi="Cambria"/>
          <w:b/>
          <w:bCs/>
          <w:color w:val="DB5790"/>
          <w:sz w:val="16"/>
          <w:szCs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92"/>
        <w:gridCol w:w="3600"/>
        <w:gridCol w:w="2880"/>
      </w:tblGrid>
      <w:tr w:rsidR="006F4D36" w:rsidRPr="006262C8" w14:paraId="246A8BB8" w14:textId="77777777" w:rsidTr="006262C8">
        <w:trPr>
          <w:cantSplit/>
          <w:tblHeader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9EDED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7660DB0" w14:textId="77777777" w:rsidR="006F4D36" w:rsidRPr="006262C8" w:rsidRDefault="006A6B30" w:rsidP="006262C8">
            <w:pPr>
              <w:spacing w:after="0"/>
              <w:rPr>
                <w:rFonts w:ascii="Arial" w:hAnsi="Arial" w:cs="Arial"/>
                <w:b/>
                <w:color w:val="DB5790"/>
                <w:sz w:val="28"/>
                <w:szCs w:val="28"/>
              </w:rPr>
            </w:pP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t>Quilting service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9EDED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127DD1F" w14:textId="77777777" w:rsidR="006F4D36" w:rsidRPr="006262C8" w:rsidRDefault="006A6B30" w:rsidP="00D937E3">
            <w:pPr>
              <w:spacing w:after="0"/>
              <w:jc w:val="center"/>
              <w:rPr>
                <w:rFonts w:ascii="Arial" w:hAnsi="Arial" w:cs="Arial"/>
                <w:b/>
                <w:color w:val="DB5790"/>
                <w:sz w:val="28"/>
                <w:szCs w:val="28"/>
              </w:rPr>
            </w:pP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t>Through Dec 31, 2026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9EDED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15AD357" w14:textId="77777777" w:rsidR="006F4D36" w:rsidRPr="006262C8" w:rsidRDefault="006A6B30" w:rsidP="00D937E3">
            <w:pPr>
              <w:spacing w:after="0"/>
              <w:jc w:val="center"/>
              <w:rPr>
                <w:rFonts w:ascii="Arial" w:hAnsi="Arial" w:cs="Arial"/>
                <w:b/>
                <w:color w:val="DB5790"/>
                <w:sz w:val="28"/>
                <w:szCs w:val="28"/>
              </w:rPr>
            </w:pP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t>From Jan 1, 2027</w:t>
            </w:r>
          </w:p>
        </w:tc>
      </w:tr>
      <w:tr w:rsidR="006F4D36" w14:paraId="60F1811D" w14:textId="77777777" w:rsidTr="006262C8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67EE6E4" w14:textId="77777777" w:rsidR="006F4D36" w:rsidRPr="006262C8" w:rsidRDefault="006A6B30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Edge-to-edge medium density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D6C7285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$0.015 / sq. inch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4725345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$0.020 / sq. inch</w:t>
            </w:r>
          </w:p>
        </w:tc>
      </w:tr>
      <w:tr w:rsidR="006F4D36" w14:paraId="51967041" w14:textId="77777777" w:rsidTr="006262C8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BF329E6" w14:textId="77777777" w:rsidR="006F4D36" w:rsidRPr="006262C8" w:rsidRDefault="006A6B30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Edge-to-edge heavy density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A9B39C4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$0.020 / sq. inch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003EC8C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$0.025 / sq. inch</w:t>
            </w:r>
          </w:p>
        </w:tc>
      </w:tr>
      <w:tr w:rsidR="006F4D36" w14:paraId="524C2F22" w14:textId="77777777" w:rsidTr="006262C8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35D4CB3" w14:textId="77777777" w:rsidR="006F4D36" w:rsidRPr="006262C8" w:rsidRDefault="006A6B30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Simple custom (borders / blocks)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D5435C2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$0.030 / sq. inch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29F3F4D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$0.030 / sq. inch</w:t>
            </w:r>
          </w:p>
        </w:tc>
      </w:tr>
      <w:tr w:rsidR="006F4D36" w14:paraId="148DF5E9" w14:textId="77777777" w:rsidTr="006262C8">
        <w:trPr>
          <w:cantSplit/>
          <w:jc w:val="center"/>
        </w:trPr>
        <w:tc>
          <w:tcPr>
            <w:tcW w:w="43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FB9141A" w14:textId="77777777" w:rsidR="006F4D36" w:rsidRPr="006262C8" w:rsidRDefault="006A6B30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Custom quilting by design</w:t>
            </w:r>
          </w:p>
        </w:tc>
        <w:tc>
          <w:tcPr>
            <w:tcW w:w="3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A4500BE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$0.050 / sq. inch</w:t>
            </w:r>
          </w:p>
        </w:tc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43A1D97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$0.050 / sq. inch</w:t>
            </w:r>
          </w:p>
        </w:tc>
      </w:tr>
    </w:tbl>
    <w:p w14:paraId="0E5936CA" w14:textId="77777777" w:rsidR="000F5C19" w:rsidRDefault="000F5C19" w:rsidP="00AE5A62">
      <w:pPr>
        <w:jc w:val="center"/>
        <w:rPr>
          <w:sz w:val="28"/>
          <w:szCs w:val="28"/>
        </w:rPr>
      </w:pPr>
    </w:p>
    <w:p w14:paraId="47B0EE81" w14:textId="68E66EDD" w:rsidR="000F5C19" w:rsidRPr="008C4588" w:rsidRDefault="006A6B30" w:rsidP="00AE5A62">
      <w:pPr>
        <w:jc w:val="center"/>
        <w:rPr>
          <w:sz w:val="28"/>
          <w:szCs w:val="28"/>
        </w:rPr>
      </w:pPr>
      <w:r w:rsidRPr="008C4588">
        <w:rPr>
          <w:sz w:val="28"/>
          <w:szCs w:val="28"/>
        </w:rPr>
        <w:t xml:space="preserve">Quilting </w:t>
      </w:r>
      <w:r w:rsidR="00CB08D2" w:rsidRPr="008C4588">
        <w:rPr>
          <w:sz w:val="28"/>
          <w:szCs w:val="28"/>
        </w:rPr>
        <w:t>C</w:t>
      </w:r>
      <w:r w:rsidRPr="008C4588">
        <w:rPr>
          <w:sz w:val="28"/>
          <w:szCs w:val="28"/>
        </w:rPr>
        <w:t>harge</w:t>
      </w:r>
      <w:r w:rsidR="00CB08D2" w:rsidRPr="008C4588">
        <w:rPr>
          <w:sz w:val="28"/>
          <w:szCs w:val="28"/>
        </w:rPr>
        <w:t xml:space="preserve"> </w:t>
      </w:r>
      <w:r w:rsidR="004A3DAF" w:rsidRPr="008C4588">
        <w:rPr>
          <w:sz w:val="28"/>
          <w:szCs w:val="28"/>
        </w:rPr>
        <w:t>E</w:t>
      </w:r>
      <w:r w:rsidR="00CB08D2" w:rsidRPr="008C4588">
        <w:rPr>
          <w:sz w:val="28"/>
          <w:szCs w:val="28"/>
        </w:rPr>
        <w:t>xample</w:t>
      </w:r>
      <w:r w:rsidRPr="008C4588">
        <w:rPr>
          <w:sz w:val="28"/>
          <w:szCs w:val="28"/>
        </w:rPr>
        <w:t xml:space="preserve"> = </w:t>
      </w:r>
      <w:r w:rsidR="00AE5A62" w:rsidRPr="008C4588">
        <w:rPr>
          <w:sz w:val="28"/>
          <w:szCs w:val="28"/>
        </w:rPr>
        <w:t>Q</w:t>
      </w:r>
      <w:r w:rsidRPr="008C4588">
        <w:rPr>
          <w:sz w:val="28"/>
          <w:szCs w:val="28"/>
        </w:rPr>
        <w:t xml:space="preserve">uilt width x length </w:t>
      </w:r>
      <w:r w:rsidR="004A3DAF" w:rsidRPr="008C4588">
        <w:rPr>
          <w:sz w:val="28"/>
          <w:szCs w:val="28"/>
        </w:rPr>
        <w:t>(inches)</w:t>
      </w:r>
      <w:r w:rsidRPr="008C4588">
        <w:rPr>
          <w:sz w:val="28"/>
          <w:szCs w:val="28"/>
        </w:rPr>
        <w:t xml:space="preserve"> x </w:t>
      </w:r>
      <w:r w:rsidR="004A3DAF" w:rsidRPr="008C4588">
        <w:rPr>
          <w:sz w:val="28"/>
          <w:szCs w:val="28"/>
        </w:rPr>
        <w:t>Rate</w:t>
      </w:r>
      <w:r w:rsidR="008C4588" w:rsidRPr="008C4588">
        <w:rPr>
          <w:sz w:val="28"/>
          <w:szCs w:val="28"/>
        </w:rPr>
        <w:t>($):</w:t>
      </w:r>
      <w:r w:rsidRPr="008C4588">
        <w:rPr>
          <w:sz w:val="28"/>
          <w:szCs w:val="28"/>
        </w:rPr>
        <w:t xml:space="preserve"> </w:t>
      </w:r>
      <w:r w:rsidR="000F5C19" w:rsidRPr="008C4588">
        <w:rPr>
          <w:sz w:val="28"/>
          <w:szCs w:val="28"/>
        </w:rPr>
        <w:t xml:space="preserve"> 75” x 80” x </w:t>
      </w:r>
      <w:r w:rsidR="00CB08D2" w:rsidRPr="008C4588">
        <w:rPr>
          <w:sz w:val="28"/>
          <w:szCs w:val="28"/>
        </w:rPr>
        <w:t>$</w:t>
      </w:r>
      <w:r w:rsidR="000F5C19" w:rsidRPr="008C4588">
        <w:rPr>
          <w:sz w:val="28"/>
          <w:szCs w:val="28"/>
        </w:rPr>
        <w:t>0.020</w:t>
      </w:r>
      <w:r w:rsidR="00AA63C2" w:rsidRPr="008C4588">
        <w:rPr>
          <w:sz w:val="28"/>
          <w:szCs w:val="28"/>
        </w:rPr>
        <w:t xml:space="preserve"> = </w:t>
      </w:r>
      <w:r w:rsidR="00CB08D2" w:rsidRPr="008C4588">
        <w:rPr>
          <w:sz w:val="28"/>
          <w:szCs w:val="28"/>
        </w:rPr>
        <w:t>$120</w:t>
      </w:r>
    </w:p>
    <w:p w14:paraId="4B41C1C0" w14:textId="0F97A566" w:rsidR="006F4D36" w:rsidRDefault="00AE5A62" w:rsidP="00AE5A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A6B30" w:rsidRPr="00AE5A62">
        <w:rPr>
          <w:sz w:val="28"/>
          <w:szCs w:val="28"/>
        </w:rPr>
        <w:t>$25 minimum applies.</w:t>
      </w:r>
    </w:p>
    <w:p w14:paraId="222C9AE5" w14:textId="77777777" w:rsidR="00AE5A62" w:rsidRDefault="00AE5A62" w:rsidP="00C77898">
      <w:pPr>
        <w:rPr>
          <w:sz w:val="12"/>
          <w:szCs w:val="12"/>
        </w:rPr>
      </w:pPr>
    </w:p>
    <w:p w14:paraId="23B8F552" w14:textId="77777777" w:rsidR="000F5C19" w:rsidRPr="006262C8" w:rsidRDefault="000F5C19" w:rsidP="00C77898">
      <w:pPr>
        <w:rPr>
          <w:sz w:val="12"/>
          <w:szCs w:val="12"/>
        </w:rPr>
      </w:pPr>
    </w:p>
    <w:p w14:paraId="439E0FE0" w14:textId="1317AF05" w:rsidR="00AE5A62" w:rsidRPr="003E0CC6" w:rsidRDefault="00AE5A62" w:rsidP="00AE5A62">
      <w:pPr>
        <w:rPr>
          <w:sz w:val="24"/>
          <w:szCs w:val="24"/>
        </w:rPr>
      </w:pPr>
      <w:r w:rsidRPr="006262C8">
        <w:rPr>
          <w:sz w:val="28"/>
          <w:szCs w:val="28"/>
        </w:rPr>
        <w:t>I am happy to supply batting.  All batting listed is an 80/20 cotton/poly blend. Other batting types (wool, bamboo, black, etc.) are available upon request.</w:t>
      </w:r>
      <w:r w:rsidR="003E0CC6">
        <w:rPr>
          <w:sz w:val="28"/>
          <w:szCs w:val="28"/>
        </w:rPr>
        <w:t xml:space="preserve"> </w:t>
      </w:r>
      <w:r w:rsidR="003E0CC6" w:rsidRPr="003E0CC6">
        <w:rPr>
          <w:sz w:val="24"/>
          <w:szCs w:val="24"/>
        </w:rPr>
        <w:t>(Quilt top plus 5-8” additional length and width)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8"/>
        <w:gridCol w:w="2520"/>
        <w:gridCol w:w="1080"/>
        <w:gridCol w:w="2250"/>
        <w:gridCol w:w="2286"/>
      </w:tblGrid>
      <w:tr w:rsidR="006262C8" w:rsidRPr="006262C8" w14:paraId="7911071B" w14:textId="77777777" w:rsidTr="008C6887">
        <w:trPr>
          <w:cantSplit/>
          <w:tblHeader/>
          <w:jc w:val="center"/>
        </w:trPr>
        <w:tc>
          <w:tcPr>
            <w:tcW w:w="514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9EDED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B3B4198" w14:textId="22BF1EA6" w:rsidR="006262C8" w:rsidRPr="006262C8" w:rsidRDefault="006262C8" w:rsidP="00E76CCF">
            <w:pPr>
              <w:spacing w:after="0"/>
              <w:jc w:val="center"/>
              <w:rPr>
                <w:rFonts w:ascii="Arial" w:hAnsi="Arial" w:cs="Arial"/>
                <w:b/>
                <w:color w:val="DB5790"/>
                <w:sz w:val="28"/>
                <w:szCs w:val="28"/>
              </w:rPr>
            </w:pP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t>Batting Size (Inches)</w:t>
            </w:r>
            <w:r w:rsidR="00961DBD">
              <w:rPr>
                <w:rFonts w:ascii="Arial" w:hAnsi="Arial" w:cs="Arial"/>
                <w:b/>
                <w:color w:val="DB5790"/>
                <w:sz w:val="28"/>
                <w:szCs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9EDED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B504EC5" w14:textId="28449EF9" w:rsidR="006262C8" w:rsidRPr="006262C8" w:rsidRDefault="006262C8" w:rsidP="00E76CCF">
            <w:pPr>
              <w:spacing w:after="0"/>
              <w:jc w:val="center"/>
              <w:rPr>
                <w:rFonts w:ascii="Arial" w:hAnsi="Arial" w:cs="Arial"/>
                <w:b/>
                <w:color w:val="DB5790"/>
                <w:sz w:val="28"/>
                <w:szCs w:val="28"/>
              </w:rPr>
            </w:pP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t xml:space="preserve">Hobbs </w:t>
            </w:r>
          </w:p>
        </w:tc>
        <w:tc>
          <w:tcPr>
            <w:tcW w:w="2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9EDED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2EA9A49" w14:textId="77777777" w:rsidR="006262C8" w:rsidRPr="006262C8" w:rsidRDefault="006262C8" w:rsidP="00E76CCF">
            <w:pPr>
              <w:spacing w:after="0"/>
              <w:jc w:val="center"/>
              <w:rPr>
                <w:rFonts w:ascii="Arial" w:hAnsi="Arial" w:cs="Arial"/>
                <w:b/>
                <w:color w:val="DB5790"/>
                <w:sz w:val="28"/>
                <w:szCs w:val="28"/>
              </w:rPr>
            </w:pP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t>Quilters Dream</w:t>
            </w: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br/>
              <w:t>Natural</w:t>
            </w:r>
          </w:p>
        </w:tc>
        <w:tc>
          <w:tcPr>
            <w:tcW w:w="22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9EDED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D2D9746" w14:textId="77777777" w:rsidR="006262C8" w:rsidRPr="006262C8" w:rsidRDefault="006262C8" w:rsidP="00E76CCF">
            <w:pPr>
              <w:spacing w:after="0"/>
              <w:jc w:val="center"/>
              <w:rPr>
                <w:rFonts w:ascii="Arial" w:hAnsi="Arial" w:cs="Arial"/>
                <w:b/>
                <w:color w:val="DB5790"/>
                <w:sz w:val="28"/>
                <w:szCs w:val="28"/>
              </w:rPr>
            </w:pP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t>Quilters Dream</w:t>
            </w: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br/>
              <w:t>White</w:t>
            </w:r>
          </w:p>
        </w:tc>
      </w:tr>
      <w:tr w:rsidR="00AE5A62" w:rsidRPr="00D937E3" w14:paraId="2FC356C2" w14:textId="77777777" w:rsidTr="008C6887">
        <w:trPr>
          <w:cantSplit/>
          <w:jc w:val="center"/>
        </w:trPr>
        <w:tc>
          <w:tcPr>
            <w:tcW w:w="26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D4A9D3B" w14:textId="5CA9C8E4" w:rsidR="00AE5A62" w:rsidRPr="006262C8" w:rsidRDefault="00AE5A62" w:rsidP="00E76CC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Crib</w:t>
            </w:r>
            <w:r w:rsidR="0004136E">
              <w:rPr>
                <w:rFonts w:ascii="Arial" w:hAnsi="Arial" w:cs="Arial"/>
                <w:sz w:val="24"/>
                <w:szCs w:val="24"/>
              </w:rPr>
              <w:t xml:space="preserve"> / Throw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27EB52D" w14:textId="04EF6D55" w:rsidR="00AE5A62" w:rsidRPr="006262C8" w:rsidRDefault="00BF2971" w:rsidP="008C688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Up </w:t>
            </w:r>
            <w:r w:rsidR="00CC5CEF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6262C8">
              <w:rPr>
                <w:rFonts w:ascii="Arial" w:hAnsi="Arial" w:cs="Arial"/>
                <w:sz w:val="24"/>
                <w:szCs w:val="24"/>
              </w:rPr>
              <w:t>60 x 60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1F969E5" w14:textId="72B8915B" w:rsidR="00AE5A62" w:rsidRPr="006262C8" w:rsidRDefault="00BF2971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$13.00</w:t>
            </w:r>
          </w:p>
        </w:tc>
        <w:tc>
          <w:tcPr>
            <w:tcW w:w="2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8605B45" w14:textId="1156D0E6" w:rsidR="00AE5A62" w:rsidRPr="006262C8" w:rsidRDefault="00CC5CEF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$17.00</w:t>
            </w:r>
          </w:p>
        </w:tc>
        <w:tc>
          <w:tcPr>
            <w:tcW w:w="22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39A412D" w14:textId="24DF22C2" w:rsidR="00AE5A62" w:rsidRPr="006262C8" w:rsidRDefault="00CC5CEF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$17.00</w:t>
            </w:r>
          </w:p>
        </w:tc>
      </w:tr>
      <w:tr w:rsidR="00AE5A62" w:rsidRPr="00D937E3" w14:paraId="4F5D648A" w14:textId="77777777" w:rsidTr="008C6887">
        <w:trPr>
          <w:cantSplit/>
          <w:jc w:val="center"/>
        </w:trPr>
        <w:tc>
          <w:tcPr>
            <w:tcW w:w="26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656A9BD" w14:textId="2EF14F45" w:rsidR="00AE5A62" w:rsidRPr="006262C8" w:rsidRDefault="00AE5A62" w:rsidP="00E76CC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Twin</w:t>
            </w:r>
            <w:r w:rsidR="001D6FD5">
              <w:rPr>
                <w:rFonts w:ascii="Arial" w:hAnsi="Arial" w:cs="Arial"/>
                <w:sz w:val="24"/>
                <w:szCs w:val="24"/>
              </w:rPr>
              <w:t xml:space="preserve"> / Full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5BAA341" w14:textId="3FE92570" w:rsidR="00AE5A62" w:rsidRPr="006262C8" w:rsidRDefault="008C6887" w:rsidP="008C688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Up to </w:t>
            </w:r>
            <w:r w:rsidR="001D6FD5">
              <w:rPr>
                <w:rFonts w:ascii="Arial" w:hAnsi="Arial" w:cs="Arial"/>
                <w:sz w:val="24"/>
                <w:szCs w:val="24"/>
              </w:rPr>
              <w:t>93x96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415EE86" w14:textId="52FE969C" w:rsidR="00AE5A62" w:rsidRPr="006262C8" w:rsidRDefault="00BF2971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$26.00</w:t>
            </w:r>
          </w:p>
        </w:tc>
        <w:tc>
          <w:tcPr>
            <w:tcW w:w="2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86C528A" w14:textId="7D107E5C" w:rsidR="00AE5A62" w:rsidRPr="006262C8" w:rsidRDefault="00BF2971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$38.00</w:t>
            </w:r>
          </w:p>
        </w:tc>
        <w:tc>
          <w:tcPr>
            <w:tcW w:w="22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EA73306" w14:textId="703649F1" w:rsidR="00AE5A62" w:rsidRPr="006262C8" w:rsidRDefault="00BF2971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$42.00</w:t>
            </w:r>
          </w:p>
        </w:tc>
      </w:tr>
      <w:tr w:rsidR="00AE5A62" w:rsidRPr="00D937E3" w14:paraId="6A786C1F" w14:textId="77777777" w:rsidTr="008C6887">
        <w:trPr>
          <w:cantSplit/>
          <w:jc w:val="center"/>
        </w:trPr>
        <w:tc>
          <w:tcPr>
            <w:tcW w:w="26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E51489F" w14:textId="1BD59988" w:rsidR="00AE5A62" w:rsidRPr="006262C8" w:rsidRDefault="00AE5A62" w:rsidP="00E76CC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Queen</w:t>
            </w:r>
            <w:r w:rsidR="00D72D8E">
              <w:rPr>
                <w:rFonts w:ascii="Arial" w:hAnsi="Arial" w:cs="Arial"/>
                <w:sz w:val="24"/>
                <w:szCs w:val="24"/>
              </w:rPr>
              <w:t xml:space="preserve"> / Double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F5BA771" w14:textId="5489A16B" w:rsidR="00AE5A62" w:rsidRPr="006262C8" w:rsidRDefault="00D72D8E" w:rsidP="008C688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Up to</w:t>
            </w:r>
            <w:r w:rsidR="008C68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E5A62" w:rsidRPr="006262C8">
              <w:rPr>
                <w:rFonts w:ascii="Arial" w:hAnsi="Arial" w:cs="Arial"/>
                <w:sz w:val="24"/>
                <w:szCs w:val="24"/>
              </w:rPr>
              <w:t>93 x 108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A339648" w14:textId="77777777" w:rsidR="00AE5A62" w:rsidRPr="006262C8" w:rsidRDefault="00AE5A62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$30.00</w:t>
            </w:r>
          </w:p>
        </w:tc>
        <w:tc>
          <w:tcPr>
            <w:tcW w:w="2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08192825" w14:textId="77777777" w:rsidR="00AE5A62" w:rsidRPr="006262C8" w:rsidRDefault="00AE5A62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$40.00</w:t>
            </w:r>
          </w:p>
        </w:tc>
        <w:tc>
          <w:tcPr>
            <w:tcW w:w="22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825BAB4" w14:textId="77777777" w:rsidR="00AE5A62" w:rsidRPr="006262C8" w:rsidRDefault="00AE5A62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$42.00</w:t>
            </w:r>
          </w:p>
        </w:tc>
      </w:tr>
      <w:tr w:rsidR="00AE5A62" w:rsidRPr="00D937E3" w14:paraId="3AF0E938" w14:textId="77777777" w:rsidTr="008C6887">
        <w:trPr>
          <w:cantSplit/>
          <w:jc w:val="center"/>
        </w:trPr>
        <w:tc>
          <w:tcPr>
            <w:tcW w:w="26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8D8CE36" w14:textId="66301DEC" w:rsidR="00AE5A62" w:rsidRPr="006262C8" w:rsidRDefault="00AE5A62" w:rsidP="00E76CC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Super Queen</w:t>
            </w:r>
            <w:r w:rsidR="00AB09DA">
              <w:rPr>
                <w:rFonts w:ascii="Arial" w:hAnsi="Arial" w:cs="Arial"/>
                <w:sz w:val="24"/>
                <w:szCs w:val="24"/>
              </w:rPr>
              <w:t xml:space="preserve"> / King</w:t>
            </w:r>
          </w:p>
        </w:tc>
        <w:tc>
          <w:tcPr>
            <w:tcW w:w="2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06BA524" w14:textId="3122F6C9" w:rsidR="00AE5A62" w:rsidRPr="006262C8" w:rsidRDefault="008C6887" w:rsidP="008C688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Up to </w:t>
            </w:r>
            <w:r w:rsidR="00AB09DA" w:rsidRPr="006262C8">
              <w:rPr>
                <w:rFonts w:ascii="Arial" w:hAnsi="Arial" w:cs="Arial"/>
                <w:sz w:val="24"/>
                <w:szCs w:val="24"/>
              </w:rPr>
              <w:t>120 x 122</w:t>
            </w:r>
          </w:p>
        </w:tc>
        <w:tc>
          <w:tcPr>
            <w:tcW w:w="1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CAB2068" w14:textId="3B00AAF9" w:rsidR="00AE5A62" w:rsidRPr="006262C8" w:rsidRDefault="00AE5A62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$3</w:t>
            </w:r>
            <w:r w:rsidR="00AB09DA">
              <w:rPr>
                <w:rFonts w:ascii="Arial" w:hAnsi="Arial" w:cs="Arial"/>
                <w:sz w:val="24"/>
                <w:szCs w:val="24"/>
              </w:rPr>
              <w:t>6</w:t>
            </w:r>
            <w:r w:rsidRPr="006262C8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22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C0716D1" w14:textId="61A0AA08" w:rsidR="00AE5A62" w:rsidRPr="006262C8" w:rsidRDefault="00AB09DA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$56.00</w:t>
            </w:r>
          </w:p>
        </w:tc>
        <w:tc>
          <w:tcPr>
            <w:tcW w:w="228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27030C05" w14:textId="0E3AAF95" w:rsidR="00AE5A62" w:rsidRPr="006262C8" w:rsidRDefault="00AB09DA" w:rsidP="00E76CC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62C8">
              <w:rPr>
                <w:rFonts w:ascii="Arial" w:hAnsi="Arial" w:cs="Arial"/>
                <w:sz w:val="24"/>
                <w:szCs w:val="24"/>
              </w:rPr>
              <w:t>$60.00</w:t>
            </w:r>
          </w:p>
        </w:tc>
      </w:tr>
    </w:tbl>
    <w:p w14:paraId="5AC9A7CB" w14:textId="77777777" w:rsidR="00AE5A62" w:rsidRDefault="00AE5A62" w:rsidP="00C77898">
      <w:pPr>
        <w:rPr>
          <w:sz w:val="16"/>
          <w:szCs w:val="16"/>
        </w:rPr>
      </w:pPr>
    </w:p>
    <w:p w14:paraId="0AE2CC3F" w14:textId="77777777" w:rsidR="00237E1D" w:rsidRPr="006262C8" w:rsidRDefault="00237E1D" w:rsidP="00C77898">
      <w:pPr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4176"/>
      </w:tblGrid>
      <w:tr w:rsidR="006F4D36" w:rsidRPr="006262C8" w14:paraId="5B080202" w14:textId="77777777" w:rsidTr="006262C8">
        <w:trPr>
          <w:cantSplit/>
          <w:tblHeader/>
          <w:jc w:val="center"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9EDED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34B2B8C5" w14:textId="6D991108" w:rsidR="006F4D36" w:rsidRPr="006262C8" w:rsidRDefault="006A6B30" w:rsidP="006262C8">
            <w:pPr>
              <w:spacing w:after="0"/>
              <w:rPr>
                <w:rFonts w:ascii="Arial" w:hAnsi="Arial" w:cs="Arial"/>
                <w:b/>
                <w:color w:val="DB5790"/>
                <w:sz w:val="28"/>
                <w:szCs w:val="28"/>
              </w:rPr>
            </w:pP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t xml:space="preserve">Additional </w:t>
            </w:r>
            <w:r w:rsidR="00237E1D">
              <w:rPr>
                <w:rFonts w:ascii="Arial" w:hAnsi="Arial" w:cs="Arial"/>
                <w:b/>
                <w:color w:val="DB5790"/>
                <w:sz w:val="28"/>
                <w:szCs w:val="28"/>
              </w:rPr>
              <w:t>S</w:t>
            </w: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t>ervices</w:t>
            </w:r>
          </w:p>
        </w:tc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9EDED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767251F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b/>
                <w:color w:val="DB5790"/>
                <w:sz w:val="28"/>
                <w:szCs w:val="28"/>
              </w:rPr>
            </w:pPr>
            <w:r w:rsidRPr="006262C8">
              <w:rPr>
                <w:rFonts w:ascii="Arial" w:hAnsi="Arial" w:cs="Arial"/>
                <w:b/>
                <w:color w:val="DB5790"/>
                <w:sz w:val="28"/>
                <w:szCs w:val="28"/>
              </w:rPr>
              <w:t>Charge</w:t>
            </w:r>
          </w:p>
        </w:tc>
      </w:tr>
      <w:tr w:rsidR="006F4D36" w:rsidRPr="00D937E3" w14:paraId="02961C93" w14:textId="77777777" w:rsidTr="00D937E3">
        <w:trPr>
          <w:cantSplit/>
          <w:trHeight w:val="267"/>
          <w:jc w:val="center"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D41E835" w14:textId="77777777" w:rsidR="006F4D36" w:rsidRPr="006262C8" w:rsidRDefault="006A6B30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Minimum quilting charge</w:t>
            </w:r>
          </w:p>
        </w:tc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4761F28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$25</w:t>
            </w:r>
          </w:p>
        </w:tc>
      </w:tr>
      <w:tr w:rsidR="006F4D36" w:rsidRPr="00D937E3" w14:paraId="609016B4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3D2DB1D" w14:textId="77777777" w:rsidR="006F4D36" w:rsidRPr="006262C8" w:rsidRDefault="006A6B30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Additional thread colors</w:t>
            </w:r>
          </w:p>
        </w:tc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B2CCBB7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$5 each</w:t>
            </w:r>
          </w:p>
        </w:tc>
      </w:tr>
      <w:tr w:rsidR="006F4D36" w:rsidRPr="00D937E3" w14:paraId="74E4153E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2C3CE76" w14:textId="77777777" w:rsidR="006F4D36" w:rsidRPr="006262C8" w:rsidRDefault="006A6B30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Rush service</w:t>
            </w:r>
          </w:p>
        </w:tc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CD43AE3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$25</w:t>
            </w:r>
          </w:p>
        </w:tc>
      </w:tr>
      <w:tr w:rsidR="006F4D36" w:rsidRPr="00D937E3" w14:paraId="44A13108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D0FD23F" w14:textId="77777777" w:rsidR="006F4D36" w:rsidRPr="006262C8" w:rsidRDefault="006A6B30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Backing piecing (up to 2 seams)</w:t>
            </w:r>
          </w:p>
        </w:tc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1301BC4A" w14:textId="77777777" w:rsidR="006F4D36" w:rsidRPr="006262C8" w:rsidRDefault="006A6B30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$10</w:t>
            </w:r>
          </w:p>
        </w:tc>
      </w:tr>
      <w:tr w:rsidR="00BD71D5" w:rsidRPr="00D937E3" w14:paraId="7DF6806A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5603E396" w14:textId="122B91D3" w:rsidR="00BD71D5" w:rsidRPr="006262C8" w:rsidRDefault="00BD71D5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Trim</w:t>
            </w:r>
            <w:r w:rsidR="008264A1">
              <w:rPr>
                <w:rFonts w:ascii="Arial" w:hAnsi="Arial" w:cs="Arial"/>
                <w:sz w:val="28"/>
                <w:szCs w:val="28"/>
              </w:rPr>
              <w:t xml:space="preserve"> Batting/Backing</w:t>
            </w:r>
            <w:r w:rsidRPr="006262C8">
              <w:rPr>
                <w:rFonts w:ascii="Arial" w:hAnsi="Arial" w:cs="Arial"/>
                <w:sz w:val="28"/>
                <w:szCs w:val="28"/>
              </w:rPr>
              <w:t xml:space="preserve"> Flush with top</w:t>
            </w:r>
          </w:p>
        </w:tc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6E3EE57B" w14:textId="485A06B0" w:rsidR="00BD71D5" w:rsidRPr="006262C8" w:rsidRDefault="00BD71D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Free (on request)</w:t>
            </w:r>
          </w:p>
        </w:tc>
      </w:tr>
      <w:tr w:rsidR="00AE5A62" w:rsidRPr="00D937E3" w14:paraId="4E1BA493" w14:textId="77777777">
        <w:trPr>
          <w:cantSplit/>
          <w:jc w:val="center"/>
        </w:trPr>
        <w:tc>
          <w:tcPr>
            <w:tcW w:w="64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7EACF3F5" w14:textId="64748E93" w:rsidR="00AE5A62" w:rsidRPr="006262C8" w:rsidRDefault="00AE5A62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Binding</w:t>
            </w:r>
          </w:p>
        </w:tc>
        <w:tc>
          <w:tcPr>
            <w:tcW w:w="41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C17F4EA" w14:textId="09D7E09F" w:rsidR="00AE5A62" w:rsidRPr="006262C8" w:rsidRDefault="00AE5A62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262C8">
              <w:rPr>
                <w:rFonts w:ascii="Arial" w:hAnsi="Arial" w:cs="Arial"/>
                <w:sz w:val="28"/>
                <w:szCs w:val="28"/>
              </w:rPr>
              <w:t>Not offered at this time</w:t>
            </w:r>
          </w:p>
        </w:tc>
      </w:tr>
    </w:tbl>
    <w:p w14:paraId="54B29705" w14:textId="77777777" w:rsidR="006F4D36" w:rsidRDefault="006F4D36" w:rsidP="006262C8">
      <w:pPr>
        <w:spacing w:after="0"/>
        <w:rPr>
          <w:sz w:val="24"/>
          <w:szCs w:val="24"/>
        </w:rPr>
      </w:pPr>
    </w:p>
    <w:p w14:paraId="0D7BDBB5" w14:textId="40D083EA" w:rsidR="003F101C" w:rsidRPr="00D937E3" w:rsidRDefault="003F101C" w:rsidP="006262C8">
      <w:pPr>
        <w:spacing w:after="0"/>
        <w:rPr>
          <w:sz w:val="24"/>
          <w:szCs w:val="24"/>
        </w:rPr>
      </w:pPr>
    </w:p>
    <w:sectPr w:rsidR="003F101C" w:rsidRPr="00D937E3" w:rsidSect="006262C8">
      <w:footerReference w:type="default" r:id="rId9"/>
      <w:pgSz w:w="12240" w:h="15840"/>
      <w:pgMar w:top="432" w:right="576" w:bottom="720" w:left="576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DFD6B" w14:textId="77777777" w:rsidR="00F94ECB" w:rsidRDefault="00F94ECB">
      <w:pPr>
        <w:spacing w:after="0"/>
      </w:pPr>
      <w:r>
        <w:separator/>
      </w:r>
    </w:p>
  </w:endnote>
  <w:endnote w:type="continuationSeparator" w:id="0">
    <w:p w14:paraId="35811D34" w14:textId="77777777" w:rsidR="00F94ECB" w:rsidRDefault="00F94E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39A32" w14:textId="77777777" w:rsidR="006F4D36" w:rsidRPr="00C77898" w:rsidRDefault="006A6B30">
    <w:pPr>
      <w:pStyle w:val="Footer"/>
      <w:spacing w:after="40"/>
      <w:jc w:val="center"/>
      <w:rPr>
        <w:sz w:val="20"/>
        <w:szCs w:val="24"/>
      </w:rPr>
    </w:pPr>
    <w:r w:rsidRPr="00C77898">
      <w:rPr>
        <w:color w:val="9E476A"/>
        <w:sz w:val="20"/>
        <w:szCs w:val="24"/>
      </w:rPr>
      <w:t>Tina Almond  |  PO Box 967, Dexter, MO 63841</w:t>
    </w:r>
  </w:p>
  <w:p w14:paraId="24DF46B5" w14:textId="77777777" w:rsidR="006F4D36" w:rsidRPr="00C77898" w:rsidRDefault="006A6B30">
    <w:pPr>
      <w:spacing w:after="0"/>
      <w:jc w:val="center"/>
      <w:rPr>
        <w:sz w:val="20"/>
        <w:szCs w:val="24"/>
      </w:rPr>
    </w:pPr>
    <w:r w:rsidRPr="00C77898">
      <w:rPr>
        <w:sz w:val="20"/>
        <w:szCs w:val="24"/>
      </w:rPr>
      <w:t>573-579-1036  |  SewMuchJoyQuiltCo@gmail.com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1EF76" w14:textId="77777777" w:rsidR="00F94ECB" w:rsidRDefault="00F94ECB">
      <w:pPr>
        <w:spacing w:after="0"/>
      </w:pPr>
      <w:r>
        <w:separator/>
      </w:r>
    </w:p>
  </w:footnote>
  <w:footnote w:type="continuationSeparator" w:id="0">
    <w:p w14:paraId="3FABDE1D" w14:textId="77777777" w:rsidR="00F94ECB" w:rsidRDefault="00F94EC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8195713">
    <w:abstractNumId w:val="8"/>
  </w:num>
  <w:num w:numId="2" w16cid:durableId="111173238">
    <w:abstractNumId w:val="6"/>
  </w:num>
  <w:num w:numId="3" w16cid:durableId="390926536">
    <w:abstractNumId w:val="5"/>
  </w:num>
  <w:num w:numId="4" w16cid:durableId="1530223596">
    <w:abstractNumId w:val="4"/>
  </w:num>
  <w:num w:numId="5" w16cid:durableId="762267485">
    <w:abstractNumId w:val="7"/>
  </w:num>
  <w:num w:numId="6" w16cid:durableId="1401753506">
    <w:abstractNumId w:val="3"/>
  </w:num>
  <w:num w:numId="7" w16cid:durableId="1340692970">
    <w:abstractNumId w:val="2"/>
  </w:num>
  <w:num w:numId="8" w16cid:durableId="1328702764">
    <w:abstractNumId w:val="1"/>
  </w:num>
  <w:num w:numId="9" w16cid:durableId="1557667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36E"/>
    <w:rsid w:val="0006063C"/>
    <w:rsid w:val="00086DE0"/>
    <w:rsid w:val="000B033B"/>
    <w:rsid w:val="000F5C19"/>
    <w:rsid w:val="0015074B"/>
    <w:rsid w:val="001D6FD5"/>
    <w:rsid w:val="00237E1D"/>
    <w:rsid w:val="0029639D"/>
    <w:rsid w:val="00326F90"/>
    <w:rsid w:val="003C4771"/>
    <w:rsid w:val="003E0CC6"/>
    <w:rsid w:val="003F101C"/>
    <w:rsid w:val="004A3DAF"/>
    <w:rsid w:val="006262C8"/>
    <w:rsid w:val="006A6B30"/>
    <w:rsid w:val="006F4D36"/>
    <w:rsid w:val="007D7004"/>
    <w:rsid w:val="008264A1"/>
    <w:rsid w:val="00847AC6"/>
    <w:rsid w:val="008B10FD"/>
    <w:rsid w:val="008C4588"/>
    <w:rsid w:val="008C6887"/>
    <w:rsid w:val="00961DBD"/>
    <w:rsid w:val="00AA1D8D"/>
    <w:rsid w:val="00AA63C2"/>
    <w:rsid w:val="00AB09DA"/>
    <w:rsid w:val="00AE5A62"/>
    <w:rsid w:val="00B21D2F"/>
    <w:rsid w:val="00B47730"/>
    <w:rsid w:val="00BD71D5"/>
    <w:rsid w:val="00BF2403"/>
    <w:rsid w:val="00BF2971"/>
    <w:rsid w:val="00C77898"/>
    <w:rsid w:val="00CB0664"/>
    <w:rsid w:val="00CB08D2"/>
    <w:rsid w:val="00CC5CEF"/>
    <w:rsid w:val="00D72D8E"/>
    <w:rsid w:val="00D877A2"/>
    <w:rsid w:val="00D937E3"/>
    <w:rsid w:val="00EC7FAE"/>
    <w:rsid w:val="00F44325"/>
    <w:rsid w:val="00F66EFA"/>
    <w:rsid w:val="00F94E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B8EB6B"/>
  <w14:defaultImageDpi w14:val="300"/>
  <w15:docId w15:val="{2E9E288C-0C40-4CAC-907D-DDB6DA37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color w:val="333333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40" w:after="1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Sew Much Joy Quilt Co Pricing</vt:lpstr>
    </vt:vector>
  </TitlesOfParts>
  <Manager/>
  <Company/>
  <LinksUpToDate>false</LinksUpToDate>
  <CharactersWithSpaces>1303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Sew Much Joy Quilt Co Pricing</dc:title>
  <dc:subject/>
  <dc:creator>Tina Almond</dc:creator>
  <cp:keywords/>
  <dc:description>generated by python-docx</dc:description>
  <cp:lastModifiedBy>Tina Almond</cp:lastModifiedBy>
  <cp:revision>23</cp:revision>
  <cp:lastPrinted>2026-09-30T14:42:00Z</cp:lastPrinted>
  <dcterms:created xsi:type="dcterms:W3CDTF">2026-10-28T14:22:00Z</dcterms:created>
  <dcterms:modified xsi:type="dcterms:W3CDTF">2026-10-28T14:41:00Z</dcterms:modified>
  <cp:category/>
</cp:coreProperties>
</file>